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3E0927" w14:textId="76CB8511" w:rsidR="008C1C6B" w:rsidRDefault="008C1C6B"/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1146"/>
      </w:tblGrid>
      <w:tr w:rsidR="008C1C6B" w14:paraId="2877F88D" w14:textId="77777777">
        <w:trPr>
          <w:jc w:val="center"/>
        </w:trPr>
        <w:tc>
          <w:tcPr>
            <w:tcW w:w="11146" w:type="dxa"/>
            <w:tcBorders>
              <w:top w:val="single" w:sz="0" w:space="0" w:color="00387E"/>
              <w:left w:val="single" w:sz="0" w:space="0" w:color="00387E"/>
              <w:bottom w:val="single" w:sz="0" w:space="0" w:color="00387E"/>
              <w:right w:val="single" w:sz="0" w:space="0" w:color="00387E"/>
            </w:tcBorders>
            <w:shd w:val="clear" w:color="auto" w:fill="00387E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F20A09" w14:textId="77777777" w:rsidR="008C1C6B" w:rsidRDefault="00000000">
            <w:pPr>
              <w:spacing w:after="0"/>
              <w:jc w:val="center"/>
            </w:pPr>
            <w:r>
              <w:rPr>
                <w:rFonts w:ascii="Aptos Display" w:hAnsi="Aptos Display"/>
                <w:b/>
                <w:color w:val="FFFFFF"/>
                <w:sz w:val="44"/>
              </w:rPr>
              <w:t>EVS WEEK CROSSWORD</w:t>
            </w:r>
          </w:p>
        </w:tc>
      </w:tr>
    </w:tbl>
    <w:p w14:paraId="1D8707AD" w14:textId="77777777" w:rsidR="008C1C6B" w:rsidRDefault="00000000">
      <w:pPr>
        <w:spacing w:before="60" w:after="80"/>
        <w:jc w:val="center"/>
      </w:pPr>
      <w:r>
        <w:rPr>
          <w:b/>
          <w:color w:val="005B4D"/>
          <w:sz w:val="18"/>
        </w:rPr>
        <w:t>ANSWER KEY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52"/>
        <w:gridCol w:w="352"/>
        <w:gridCol w:w="352"/>
        <w:gridCol w:w="352"/>
        <w:gridCol w:w="352"/>
        <w:gridCol w:w="352"/>
        <w:gridCol w:w="352"/>
        <w:gridCol w:w="352"/>
        <w:gridCol w:w="352"/>
        <w:gridCol w:w="352"/>
        <w:gridCol w:w="352"/>
        <w:gridCol w:w="352"/>
        <w:gridCol w:w="352"/>
        <w:gridCol w:w="352"/>
        <w:gridCol w:w="352"/>
        <w:gridCol w:w="352"/>
        <w:gridCol w:w="352"/>
        <w:gridCol w:w="352"/>
      </w:tblGrid>
      <w:tr w:rsidR="008C1C6B" w14:paraId="349BBD7F" w14:textId="77777777">
        <w:trPr>
          <w:trHeight w:hRule="exact" w:val="352"/>
          <w:jc w:val="center"/>
        </w:trPr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603E3224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4D16750E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71957C17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0EC66EAD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6D90A11C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6081AD33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7" w:space="0" w:color="005B4D"/>
              <w:left w:val="single" w:sz="7" w:space="0" w:color="005B4D"/>
              <w:bottom w:val="single" w:sz="7" w:space="0" w:color="005B4D"/>
              <w:right w:val="single" w:sz="7" w:space="0" w:color="005B4D"/>
            </w:tcBorders>
            <w:shd w:val="clear" w:color="auto" w:fill="EAF4F7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69DE6B72" w14:textId="77777777" w:rsidR="008C1C6B" w:rsidRDefault="00000000">
            <w:pPr>
              <w:spacing w:after="0" w:line="240" w:lineRule="auto"/>
            </w:pPr>
            <w:r>
              <w:rPr>
                <w:b/>
                <w:color w:val="00387E"/>
                <w:sz w:val="11"/>
              </w:rPr>
              <w:t>1</w:t>
            </w:r>
            <w:r>
              <w:rPr>
                <w:b/>
                <w:color w:val="005B4D"/>
                <w:sz w:val="20"/>
              </w:rPr>
              <w:t xml:space="preserve"> T</w:t>
            </w:r>
          </w:p>
        </w:tc>
        <w:tc>
          <w:tcPr>
            <w:tcW w:w="352" w:type="dxa"/>
            <w:tcBorders>
              <w:top w:val="single" w:sz="7" w:space="0" w:color="005B4D"/>
              <w:left w:val="single" w:sz="7" w:space="0" w:color="005B4D"/>
              <w:bottom w:val="single" w:sz="7" w:space="0" w:color="005B4D"/>
              <w:right w:val="single" w:sz="7" w:space="0" w:color="005B4D"/>
            </w:tcBorders>
            <w:shd w:val="clear" w:color="auto" w:fill="EAF4F7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14CCE02A" w14:textId="77777777" w:rsidR="008C1C6B" w:rsidRDefault="00000000">
            <w:pPr>
              <w:spacing w:after="0" w:line="240" w:lineRule="auto"/>
            </w:pPr>
            <w:r>
              <w:rPr>
                <w:b/>
                <w:color w:val="00387E"/>
                <w:sz w:val="11"/>
              </w:rPr>
              <w:t>2</w:t>
            </w:r>
            <w:r>
              <w:rPr>
                <w:b/>
                <w:color w:val="005B4D"/>
                <w:sz w:val="20"/>
              </w:rPr>
              <w:t xml:space="preserve"> E</w:t>
            </w:r>
          </w:p>
        </w:tc>
        <w:tc>
          <w:tcPr>
            <w:tcW w:w="352" w:type="dxa"/>
            <w:tcBorders>
              <w:top w:val="single" w:sz="7" w:space="0" w:color="005B4D"/>
              <w:left w:val="single" w:sz="7" w:space="0" w:color="005B4D"/>
              <w:bottom w:val="single" w:sz="7" w:space="0" w:color="005B4D"/>
              <w:right w:val="single" w:sz="7" w:space="0" w:color="005B4D"/>
            </w:tcBorders>
            <w:shd w:val="clear" w:color="auto" w:fill="EAF4F7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12C06661" w14:textId="77777777" w:rsidR="008C1C6B" w:rsidRDefault="00000000">
            <w:pPr>
              <w:spacing w:after="0" w:line="240" w:lineRule="auto"/>
              <w:jc w:val="center"/>
            </w:pPr>
            <w:r>
              <w:rPr>
                <w:b/>
                <w:color w:val="005B4D"/>
                <w:sz w:val="20"/>
              </w:rPr>
              <w:t>A</w:t>
            </w:r>
          </w:p>
        </w:tc>
        <w:tc>
          <w:tcPr>
            <w:tcW w:w="352" w:type="dxa"/>
            <w:tcBorders>
              <w:top w:val="single" w:sz="7" w:space="0" w:color="005B4D"/>
              <w:left w:val="single" w:sz="7" w:space="0" w:color="005B4D"/>
              <w:bottom w:val="single" w:sz="7" w:space="0" w:color="005B4D"/>
              <w:right w:val="single" w:sz="7" w:space="0" w:color="005B4D"/>
            </w:tcBorders>
            <w:shd w:val="clear" w:color="auto" w:fill="EAF4F7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7A2456C6" w14:textId="77777777" w:rsidR="008C1C6B" w:rsidRDefault="00000000">
            <w:pPr>
              <w:spacing w:after="0" w:line="240" w:lineRule="auto"/>
              <w:jc w:val="center"/>
            </w:pPr>
            <w:r>
              <w:rPr>
                <w:b/>
                <w:color w:val="005B4D"/>
                <w:sz w:val="20"/>
              </w:rPr>
              <w:t>M</w:t>
            </w:r>
          </w:p>
        </w:tc>
        <w:tc>
          <w:tcPr>
            <w:tcW w:w="352" w:type="dxa"/>
            <w:tcBorders>
              <w:top w:val="single" w:sz="7" w:space="0" w:color="005B4D"/>
              <w:left w:val="single" w:sz="7" w:space="0" w:color="005B4D"/>
              <w:bottom w:val="single" w:sz="7" w:space="0" w:color="005B4D"/>
              <w:right w:val="single" w:sz="7" w:space="0" w:color="005B4D"/>
            </w:tcBorders>
            <w:shd w:val="clear" w:color="auto" w:fill="EAF4F7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5F21EB54" w14:textId="77777777" w:rsidR="008C1C6B" w:rsidRDefault="00000000">
            <w:pPr>
              <w:spacing w:after="0" w:line="240" w:lineRule="auto"/>
              <w:jc w:val="center"/>
            </w:pPr>
            <w:r>
              <w:rPr>
                <w:b/>
                <w:color w:val="005B4D"/>
                <w:sz w:val="20"/>
              </w:rPr>
              <w:t>W</w:t>
            </w:r>
          </w:p>
        </w:tc>
        <w:tc>
          <w:tcPr>
            <w:tcW w:w="352" w:type="dxa"/>
            <w:tcBorders>
              <w:top w:val="single" w:sz="7" w:space="0" w:color="005B4D"/>
              <w:left w:val="single" w:sz="7" w:space="0" w:color="005B4D"/>
              <w:bottom w:val="single" w:sz="7" w:space="0" w:color="005B4D"/>
              <w:right w:val="single" w:sz="7" w:space="0" w:color="005B4D"/>
            </w:tcBorders>
            <w:shd w:val="clear" w:color="auto" w:fill="EAF4F7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334DEA08" w14:textId="77777777" w:rsidR="008C1C6B" w:rsidRDefault="00000000">
            <w:pPr>
              <w:spacing w:after="0" w:line="240" w:lineRule="auto"/>
              <w:jc w:val="center"/>
            </w:pPr>
            <w:r>
              <w:rPr>
                <w:b/>
                <w:color w:val="005B4D"/>
                <w:sz w:val="20"/>
              </w:rPr>
              <w:t>O</w:t>
            </w:r>
          </w:p>
        </w:tc>
        <w:tc>
          <w:tcPr>
            <w:tcW w:w="352" w:type="dxa"/>
            <w:tcBorders>
              <w:top w:val="single" w:sz="7" w:space="0" w:color="005B4D"/>
              <w:left w:val="single" w:sz="7" w:space="0" w:color="005B4D"/>
              <w:bottom w:val="single" w:sz="7" w:space="0" w:color="005B4D"/>
              <w:right w:val="single" w:sz="7" w:space="0" w:color="005B4D"/>
            </w:tcBorders>
            <w:shd w:val="clear" w:color="auto" w:fill="EAF4F7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4F17F9B1" w14:textId="77777777" w:rsidR="008C1C6B" w:rsidRDefault="00000000">
            <w:pPr>
              <w:spacing w:after="0" w:line="240" w:lineRule="auto"/>
              <w:jc w:val="center"/>
            </w:pPr>
            <w:r>
              <w:rPr>
                <w:b/>
                <w:color w:val="005B4D"/>
                <w:sz w:val="20"/>
              </w:rPr>
              <w:t>R</w:t>
            </w:r>
          </w:p>
        </w:tc>
        <w:tc>
          <w:tcPr>
            <w:tcW w:w="352" w:type="dxa"/>
            <w:tcBorders>
              <w:top w:val="single" w:sz="7" w:space="0" w:color="005B4D"/>
              <w:left w:val="single" w:sz="7" w:space="0" w:color="005B4D"/>
              <w:bottom w:val="single" w:sz="7" w:space="0" w:color="005B4D"/>
              <w:right w:val="single" w:sz="7" w:space="0" w:color="005B4D"/>
            </w:tcBorders>
            <w:shd w:val="clear" w:color="auto" w:fill="EAF4F7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65D2CB66" w14:textId="77777777" w:rsidR="008C1C6B" w:rsidRDefault="00000000">
            <w:pPr>
              <w:spacing w:after="0" w:line="240" w:lineRule="auto"/>
              <w:jc w:val="center"/>
            </w:pPr>
            <w:r>
              <w:rPr>
                <w:b/>
                <w:color w:val="005B4D"/>
                <w:sz w:val="20"/>
              </w:rPr>
              <w:t>K</w:t>
            </w: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62D1E88F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29D3B45B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39BACAF2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4E086F1E" w14:textId="77777777" w:rsidR="008C1C6B" w:rsidRDefault="008C1C6B">
            <w:pPr>
              <w:spacing w:after="0" w:line="240" w:lineRule="auto"/>
              <w:jc w:val="center"/>
            </w:pPr>
          </w:p>
        </w:tc>
      </w:tr>
      <w:tr w:rsidR="008C1C6B" w14:paraId="51D663B2" w14:textId="77777777">
        <w:trPr>
          <w:trHeight w:hRule="exact" w:val="352"/>
          <w:jc w:val="center"/>
        </w:trPr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55C184AE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7C0BF55A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71D07E58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668BF186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21BD8FC0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00408C13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474A67C7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7" w:space="0" w:color="005B4D"/>
              <w:left w:val="single" w:sz="7" w:space="0" w:color="005B4D"/>
              <w:bottom w:val="single" w:sz="7" w:space="0" w:color="005B4D"/>
              <w:right w:val="single" w:sz="7" w:space="0" w:color="005B4D"/>
            </w:tcBorders>
            <w:shd w:val="clear" w:color="auto" w:fill="EAF4F7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0C7C23F3" w14:textId="77777777" w:rsidR="008C1C6B" w:rsidRDefault="00000000">
            <w:pPr>
              <w:spacing w:after="0" w:line="240" w:lineRule="auto"/>
              <w:jc w:val="center"/>
            </w:pPr>
            <w:r>
              <w:rPr>
                <w:b/>
                <w:color w:val="005B4D"/>
                <w:sz w:val="20"/>
              </w:rPr>
              <w:t>X</w:t>
            </w: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117BDD4C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57E5730A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187B3CF3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4ADDE27C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3D468F55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56F57303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214A30B4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363B3179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17E5BEC2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63D3DD1C" w14:textId="77777777" w:rsidR="008C1C6B" w:rsidRDefault="008C1C6B">
            <w:pPr>
              <w:spacing w:after="0" w:line="240" w:lineRule="auto"/>
              <w:jc w:val="center"/>
            </w:pPr>
          </w:p>
        </w:tc>
      </w:tr>
      <w:tr w:rsidR="008C1C6B" w14:paraId="1708D885" w14:textId="77777777">
        <w:trPr>
          <w:trHeight w:hRule="exact" w:val="352"/>
          <w:jc w:val="center"/>
        </w:trPr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28BB8C6A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3E0695CD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1DADA467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7" w:space="0" w:color="005B4D"/>
              <w:left w:val="single" w:sz="7" w:space="0" w:color="005B4D"/>
              <w:bottom w:val="single" w:sz="7" w:space="0" w:color="005B4D"/>
              <w:right w:val="single" w:sz="7" w:space="0" w:color="005B4D"/>
            </w:tcBorders>
            <w:shd w:val="clear" w:color="auto" w:fill="EAF4F7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2988CF79" w14:textId="77777777" w:rsidR="008C1C6B" w:rsidRDefault="00000000">
            <w:pPr>
              <w:spacing w:after="0" w:line="240" w:lineRule="auto"/>
            </w:pPr>
            <w:r>
              <w:rPr>
                <w:b/>
                <w:color w:val="00387E"/>
                <w:sz w:val="11"/>
              </w:rPr>
              <w:t>3</w:t>
            </w:r>
            <w:r>
              <w:rPr>
                <w:b/>
                <w:color w:val="005B4D"/>
                <w:sz w:val="20"/>
              </w:rPr>
              <w:t xml:space="preserve"> P</w:t>
            </w: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008C1673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1945E3D1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29417895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7" w:space="0" w:color="005B4D"/>
              <w:left w:val="single" w:sz="7" w:space="0" w:color="005B4D"/>
              <w:bottom w:val="single" w:sz="7" w:space="0" w:color="005B4D"/>
              <w:right w:val="single" w:sz="7" w:space="0" w:color="005B4D"/>
            </w:tcBorders>
            <w:shd w:val="clear" w:color="auto" w:fill="EAF4F7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4FBBBF30" w14:textId="77777777" w:rsidR="008C1C6B" w:rsidRDefault="00000000">
            <w:pPr>
              <w:spacing w:after="0" w:line="240" w:lineRule="auto"/>
              <w:jc w:val="center"/>
            </w:pPr>
            <w:r>
              <w:rPr>
                <w:b/>
                <w:color w:val="005B4D"/>
                <w:sz w:val="20"/>
              </w:rPr>
              <w:t>C</w:t>
            </w: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70A26878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218EA574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786E0F4E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314E1E12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1CE46066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0052E3F4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06FFB247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1A670ED6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7EB0DCB4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620FE674" w14:textId="77777777" w:rsidR="008C1C6B" w:rsidRDefault="008C1C6B">
            <w:pPr>
              <w:spacing w:after="0" w:line="240" w:lineRule="auto"/>
              <w:jc w:val="center"/>
            </w:pPr>
          </w:p>
        </w:tc>
      </w:tr>
      <w:tr w:rsidR="008C1C6B" w14:paraId="781AF6E1" w14:textId="77777777">
        <w:trPr>
          <w:trHeight w:hRule="exact" w:val="352"/>
          <w:jc w:val="center"/>
        </w:trPr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49671AC4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137AB0BD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64DB0CD6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7" w:space="0" w:color="005B4D"/>
              <w:left w:val="single" w:sz="7" w:space="0" w:color="005B4D"/>
              <w:bottom w:val="single" w:sz="7" w:space="0" w:color="005B4D"/>
              <w:right w:val="single" w:sz="7" w:space="0" w:color="005B4D"/>
            </w:tcBorders>
            <w:shd w:val="clear" w:color="auto" w:fill="EAF4F7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42886733" w14:textId="77777777" w:rsidR="008C1C6B" w:rsidRDefault="00000000">
            <w:pPr>
              <w:spacing w:after="0" w:line="240" w:lineRule="auto"/>
            </w:pPr>
            <w:r>
              <w:rPr>
                <w:b/>
                <w:color w:val="00387E"/>
                <w:sz w:val="11"/>
              </w:rPr>
              <w:t>4</w:t>
            </w:r>
            <w:r>
              <w:rPr>
                <w:b/>
                <w:color w:val="005B4D"/>
                <w:sz w:val="20"/>
              </w:rPr>
              <w:t xml:space="preserve"> P</w:t>
            </w:r>
          </w:p>
        </w:tc>
        <w:tc>
          <w:tcPr>
            <w:tcW w:w="352" w:type="dxa"/>
            <w:tcBorders>
              <w:top w:val="single" w:sz="7" w:space="0" w:color="005B4D"/>
              <w:left w:val="single" w:sz="7" w:space="0" w:color="005B4D"/>
              <w:bottom w:val="single" w:sz="7" w:space="0" w:color="005B4D"/>
              <w:right w:val="single" w:sz="7" w:space="0" w:color="005B4D"/>
            </w:tcBorders>
            <w:shd w:val="clear" w:color="auto" w:fill="EAF4F7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05EBFA3B" w14:textId="77777777" w:rsidR="008C1C6B" w:rsidRDefault="00000000">
            <w:pPr>
              <w:spacing w:after="0" w:line="240" w:lineRule="auto"/>
              <w:jc w:val="center"/>
            </w:pPr>
            <w:r>
              <w:rPr>
                <w:b/>
                <w:color w:val="005B4D"/>
                <w:sz w:val="20"/>
              </w:rPr>
              <w:t>A</w:t>
            </w:r>
          </w:p>
        </w:tc>
        <w:tc>
          <w:tcPr>
            <w:tcW w:w="352" w:type="dxa"/>
            <w:tcBorders>
              <w:top w:val="single" w:sz="7" w:space="0" w:color="005B4D"/>
              <w:left w:val="single" w:sz="7" w:space="0" w:color="005B4D"/>
              <w:bottom w:val="single" w:sz="7" w:space="0" w:color="005B4D"/>
              <w:right w:val="single" w:sz="7" w:space="0" w:color="005B4D"/>
            </w:tcBorders>
            <w:shd w:val="clear" w:color="auto" w:fill="EAF4F7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48EB4FB9" w14:textId="77777777" w:rsidR="008C1C6B" w:rsidRDefault="00000000">
            <w:pPr>
              <w:spacing w:after="0" w:line="240" w:lineRule="auto"/>
              <w:jc w:val="center"/>
            </w:pPr>
            <w:r>
              <w:rPr>
                <w:b/>
                <w:color w:val="005B4D"/>
                <w:sz w:val="20"/>
              </w:rPr>
              <w:t>T</w:t>
            </w:r>
          </w:p>
        </w:tc>
        <w:tc>
          <w:tcPr>
            <w:tcW w:w="352" w:type="dxa"/>
            <w:tcBorders>
              <w:top w:val="single" w:sz="7" w:space="0" w:color="005B4D"/>
              <w:left w:val="single" w:sz="7" w:space="0" w:color="005B4D"/>
              <w:bottom w:val="single" w:sz="7" w:space="0" w:color="005B4D"/>
              <w:right w:val="single" w:sz="7" w:space="0" w:color="005B4D"/>
            </w:tcBorders>
            <w:shd w:val="clear" w:color="auto" w:fill="EAF4F7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065E3F15" w14:textId="77777777" w:rsidR="008C1C6B" w:rsidRDefault="00000000">
            <w:pPr>
              <w:spacing w:after="0" w:line="240" w:lineRule="auto"/>
              <w:jc w:val="center"/>
            </w:pPr>
            <w:r>
              <w:rPr>
                <w:b/>
                <w:color w:val="005B4D"/>
                <w:sz w:val="20"/>
              </w:rPr>
              <w:t>I</w:t>
            </w:r>
          </w:p>
        </w:tc>
        <w:tc>
          <w:tcPr>
            <w:tcW w:w="352" w:type="dxa"/>
            <w:tcBorders>
              <w:top w:val="single" w:sz="7" w:space="0" w:color="005B4D"/>
              <w:left w:val="single" w:sz="7" w:space="0" w:color="005B4D"/>
              <w:bottom w:val="single" w:sz="7" w:space="0" w:color="005B4D"/>
              <w:right w:val="single" w:sz="7" w:space="0" w:color="005B4D"/>
            </w:tcBorders>
            <w:shd w:val="clear" w:color="auto" w:fill="EAF4F7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68A6B80E" w14:textId="77777777" w:rsidR="008C1C6B" w:rsidRDefault="00000000">
            <w:pPr>
              <w:spacing w:after="0" w:line="240" w:lineRule="auto"/>
              <w:jc w:val="center"/>
            </w:pPr>
            <w:r>
              <w:rPr>
                <w:b/>
                <w:color w:val="005B4D"/>
                <w:sz w:val="20"/>
              </w:rPr>
              <w:t>E</w:t>
            </w:r>
          </w:p>
        </w:tc>
        <w:tc>
          <w:tcPr>
            <w:tcW w:w="352" w:type="dxa"/>
            <w:tcBorders>
              <w:top w:val="single" w:sz="7" w:space="0" w:color="005B4D"/>
              <w:left w:val="single" w:sz="7" w:space="0" w:color="005B4D"/>
              <w:bottom w:val="single" w:sz="7" w:space="0" w:color="005B4D"/>
              <w:right w:val="single" w:sz="7" w:space="0" w:color="005B4D"/>
            </w:tcBorders>
            <w:shd w:val="clear" w:color="auto" w:fill="EAF4F7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5EEFF076" w14:textId="77777777" w:rsidR="008C1C6B" w:rsidRDefault="00000000">
            <w:pPr>
              <w:spacing w:after="0" w:line="240" w:lineRule="auto"/>
              <w:jc w:val="center"/>
            </w:pPr>
            <w:r>
              <w:rPr>
                <w:b/>
                <w:color w:val="005B4D"/>
                <w:sz w:val="20"/>
              </w:rPr>
              <w:t>N</w:t>
            </w:r>
          </w:p>
        </w:tc>
        <w:tc>
          <w:tcPr>
            <w:tcW w:w="352" w:type="dxa"/>
            <w:tcBorders>
              <w:top w:val="single" w:sz="7" w:space="0" w:color="005B4D"/>
              <w:left w:val="single" w:sz="7" w:space="0" w:color="005B4D"/>
              <w:bottom w:val="single" w:sz="7" w:space="0" w:color="005B4D"/>
              <w:right w:val="single" w:sz="7" w:space="0" w:color="005B4D"/>
            </w:tcBorders>
            <w:shd w:val="clear" w:color="auto" w:fill="EAF4F7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35E8D6FA" w14:textId="77777777" w:rsidR="008C1C6B" w:rsidRDefault="00000000">
            <w:pPr>
              <w:spacing w:after="0" w:line="240" w:lineRule="auto"/>
              <w:jc w:val="center"/>
            </w:pPr>
            <w:r>
              <w:rPr>
                <w:b/>
                <w:color w:val="005B4D"/>
                <w:sz w:val="20"/>
              </w:rPr>
              <w:t>T</w:t>
            </w: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408C152E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59154FD0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21A3D10E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2497CE8B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6EDB76C5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74686052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63441443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45CA2C86" w14:textId="77777777" w:rsidR="008C1C6B" w:rsidRDefault="008C1C6B">
            <w:pPr>
              <w:spacing w:after="0" w:line="240" w:lineRule="auto"/>
              <w:jc w:val="center"/>
            </w:pPr>
          </w:p>
        </w:tc>
      </w:tr>
      <w:tr w:rsidR="008C1C6B" w14:paraId="1BB9AB4D" w14:textId="77777777">
        <w:trPr>
          <w:trHeight w:hRule="exact" w:val="352"/>
          <w:jc w:val="center"/>
        </w:trPr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3D7E0CA6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27B82056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5DBD4986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7" w:space="0" w:color="005B4D"/>
              <w:left w:val="single" w:sz="7" w:space="0" w:color="005B4D"/>
              <w:bottom w:val="single" w:sz="7" w:space="0" w:color="005B4D"/>
              <w:right w:val="single" w:sz="7" w:space="0" w:color="005B4D"/>
            </w:tcBorders>
            <w:shd w:val="clear" w:color="auto" w:fill="EAF4F7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41BA820E" w14:textId="77777777" w:rsidR="008C1C6B" w:rsidRDefault="00000000">
            <w:pPr>
              <w:spacing w:after="0" w:line="240" w:lineRule="auto"/>
              <w:jc w:val="center"/>
            </w:pPr>
            <w:r>
              <w:rPr>
                <w:b/>
                <w:color w:val="005B4D"/>
                <w:sz w:val="20"/>
              </w:rPr>
              <w:t>E</w:t>
            </w: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2B1C2DE7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7319B016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3B852C89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7" w:space="0" w:color="005B4D"/>
              <w:left w:val="single" w:sz="7" w:space="0" w:color="005B4D"/>
              <w:bottom w:val="single" w:sz="7" w:space="0" w:color="005B4D"/>
              <w:right w:val="single" w:sz="7" w:space="0" w:color="005B4D"/>
            </w:tcBorders>
            <w:shd w:val="clear" w:color="auto" w:fill="EAF4F7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7F0A5703" w14:textId="77777777" w:rsidR="008C1C6B" w:rsidRDefault="00000000">
            <w:pPr>
              <w:spacing w:after="0" w:line="240" w:lineRule="auto"/>
              <w:jc w:val="center"/>
            </w:pPr>
            <w:r>
              <w:rPr>
                <w:b/>
                <w:color w:val="005B4D"/>
                <w:sz w:val="20"/>
              </w:rPr>
              <w:t>L</w:t>
            </w: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4AB906B9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3743D221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3FE11D8C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3A374A5E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762CCF10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30108DA1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061613DC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1804A582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054E23C1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21BE4715" w14:textId="77777777" w:rsidR="008C1C6B" w:rsidRDefault="008C1C6B">
            <w:pPr>
              <w:spacing w:after="0" w:line="240" w:lineRule="auto"/>
              <w:jc w:val="center"/>
            </w:pPr>
          </w:p>
        </w:tc>
      </w:tr>
      <w:tr w:rsidR="008C1C6B" w14:paraId="254E7BE5" w14:textId="77777777">
        <w:trPr>
          <w:trHeight w:hRule="exact" w:val="352"/>
          <w:jc w:val="center"/>
        </w:trPr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3CED6511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7A4B0A93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2BE19B98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091AE92B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686FCD04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24190DB6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702FD13C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7" w:space="0" w:color="005B4D"/>
              <w:left w:val="single" w:sz="7" w:space="0" w:color="005B4D"/>
              <w:bottom w:val="single" w:sz="7" w:space="0" w:color="005B4D"/>
              <w:right w:val="single" w:sz="7" w:space="0" w:color="005B4D"/>
            </w:tcBorders>
            <w:shd w:val="clear" w:color="auto" w:fill="EAF4F7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757AEDFE" w14:textId="77777777" w:rsidR="008C1C6B" w:rsidRDefault="00000000">
            <w:pPr>
              <w:spacing w:after="0" w:line="240" w:lineRule="auto"/>
              <w:jc w:val="center"/>
            </w:pPr>
            <w:r>
              <w:rPr>
                <w:b/>
                <w:color w:val="005B4D"/>
                <w:sz w:val="20"/>
              </w:rPr>
              <w:t>L</w:t>
            </w: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08092B94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62D97B72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4C61A479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58EF8A8D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78A31FD5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25091BB4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69787C77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4E4BC449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4BB6034E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20A9988F" w14:textId="77777777" w:rsidR="008C1C6B" w:rsidRDefault="008C1C6B">
            <w:pPr>
              <w:spacing w:after="0" w:line="240" w:lineRule="auto"/>
              <w:jc w:val="center"/>
            </w:pPr>
          </w:p>
        </w:tc>
      </w:tr>
      <w:tr w:rsidR="008C1C6B" w14:paraId="3410E4B9" w14:textId="77777777">
        <w:trPr>
          <w:trHeight w:hRule="exact" w:val="352"/>
          <w:jc w:val="center"/>
        </w:trPr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4EF3C0C7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78378228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04894001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2069296D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7D6703E0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740C9AF0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22A0DF0D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7" w:space="0" w:color="005B4D"/>
              <w:left w:val="single" w:sz="7" w:space="0" w:color="005B4D"/>
              <w:bottom w:val="single" w:sz="7" w:space="0" w:color="005B4D"/>
              <w:right w:val="single" w:sz="7" w:space="0" w:color="005B4D"/>
            </w:tcBorders>
            <w:shd w:val="clear" w:color="auto" w:fill="EAF4F7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1099C4ED" w14:textId="77777777" w:rsidR="008C1C6B" w:rsidRDefault="00000000">
            <w:pPr>
              <w:spacing w:after="0" w:line="240" w:lineRule="auto"/>
              <w:jc w:val="center"/>
            </w:pPr>
            <w:r>
              <w:rPr>
                <w:b/>
                <w:color w:val="005B4D"/>
                <w:sz w:val="20"/>
              </w:rPr>
              <w:t>E</w:t>
            </w: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76246B58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7" w:space="0" w:color="005B4D"/>
              <w:left w:val="single" w:sz="7" w:space="0" w:color="005B4D"/>
              <w:bottom w:val="single" w:sz="7" w:space="0" w:color="005B4D"/>
              <w:right w:val="single" w:sz="7" w:space="0" w:color="005B4D"/>
            </w:tcBorders>
            <w:shd w:val="clear" w:color="auto" w:fill="EAF4F7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6E371876" w14:textId="77777777" w:rsidR="008C1C6B" w:rsidRDefault="00000000">
            <w:pPr>
              <w:spacing w:after="0" w:line="240" w:lineRule="auto"/>
            </w:pPr>
            <w:r>
              <w:rPr>
                <w:b/>
                <w:color w:val="00387E"/>
                <w:sz w:val="11"/>
              </w:rPr>
              <w:t>5</w:t>
            </w:r>
            <w:r>
              <w:rPr>
                <w:b/>
                <w:color w:val="005B4D"/>
                <w:sz w:val="20"/>
              </w:rPr>
              <w:t xml:space="preserve"> D</w:t>
            </w: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52B24CB2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7" w:space="0" w:color="005B4D"/>
              <w:left w:val="single" w:sz="7" w:space="0" w:color="005B4D"/>
              <w:bottom w:val="single" w:sz="7" w:space="0" w:color="005B4D"/>
              <w:right w:val="single" w:sz="7" w:space="0" w:color="005B4D"/>
            </w:tcBorders>
            <w:shd w:val="clear" w:color="auto" w:fill="EAF4F7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1D351CD0" w14:textId="77777777" w:rsidR="008C1C6B" w:rsidRDefault="00000000">
            <w:pPr>
              <w:spacing w:after="0" w:line="240" w:lineRule="auto"/>
            </w:pPr>
            <w:r>
              <w:rPr>
                <w:b/>
                <w:color w:val="00387E"/>
                <w:sz w:val="11"/>
              </w:rPr>
              <w:t>6</w:t>
            </w:r>
            <w:r>
              <w:rPr>
                <w:b/>
                <w:color w:val="005B4D"/>
                <w:sz w:val="20"/>
              </w:rPr>
              <w:t xml:space="preserve"> S</w:t>
            </w:r>
          </w:p>
        </w:tc>
        <w:tc>
          <w:tcPr>
            <w:tcW w:w="352" w:type="dxa"/>
            <w:tcBorders>
              <w:top w:val="single" w:sz="7" w:space="0" w:color="005B4D"/>
              <w:left w:val="single" w:sz="7" w:space="0" w:color="005B4D"/>
              <w:bottom w:val="single" w:sz="7" w:space="0" w:color="005B4D"/>
              <w:right w:val="single" w:sz="7" w:space="0" w:color="005B4D"/>
            </w:tcBorders>
            <w:shd w:val="clear" w:color="auto" w:fill="EAF4F7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199F0A5E" w14:textId="77777777" w:rsidR="008C1C6B" w:rsidRDefault="00000000">
            <w:pPr>
              <w:spacing w:after="0" w:line="240" w:lineRule="auto"/>
              <w:jc w:val="center"/>
            </w:pPr>
            <w:r>
              <w:rPr>
                <w:b/>
                <w:color w:val="005B4D"/>
                <w:sz w:val="20"/>
              </w:rPr>
              <w:t>A</w:t>
            </w:r>
          </w:p>
        </w:tc>
        <w:tc>
          <w:tcPr>
            <w:tcW w:w="352" w:type="dxa"/>
            <w:tcBorders>
              <w:top w:val="single" w:sz="7" w:space="0" w:color="005B4D"/>
              <w:left w:val="single" w:sz="7" w:space="0" w:color="005B4D"/>
              <w:bottom w:val="single" w:sz="7" w:space="0" w:color="005B4D"/>
              <w:right w:val="single" w:sz="7" w:space="0" w:color="005B4D"/>
            </w:tcBorders>
            <w:shd w:val="clear" w:color="auto" w:fill="EAF4F7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055D7179" w14:textId="77777777" w:rsidR="008C1C6B" w:rsidRDefault="00000000">
            <w:pPr>
              <w:spacing w:after="0" w:line="240" w:lineRule="auto"/>
            </w:pPr>
            <w:r>
              <w:rPr>
                <w:b/>
                <w:color w:val="00387E"/>
                <w:sz w:val="11"/>
              </w:rPr>
              <w:t>7</w:t>
            </w:r>
            <w:r>
              <w:rPr>
                <w:b/>
                <w:color w:val="005B4D"/>
                <w:sz w:val="20"/>
              </w:rPr>
              <w:t xml:space="preserve"> F</w:t>
            </w:r>
          </w:p>
        </w:tc>
        <w:tc>
          <w:tcPr>
            <w:tcW w:w="352" w:type="dxa"/>
            <w:tcBorders>
              <w:top w:val="single" w:sz="7" w:space="0" w:color="005B4D"/>
              <w:left w:val="single" w:sz="7" w:space="0" w:color="005B4D"/>
              <w:bottom w:val="single" w:sz="7" w:space="0" w:color="005B4D"/>
              <w:right w:val="single" w:sz="7" w:space="0" w:color="005B4D"/>
            </w:tcBorders>
            <w:shd w:val="clear" w:color="auto" w:fill="EAF4F7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6CD6E0B5" w14:textId="77777777" w:rsidR="008C1C6B" w:rsidRDefault="00000000">
            <w:pPr>
              <w:spacing w:after="0" w:line="240" w:lineRule="auto"/>
              <w:jc w:val="center"/>
            </w:pPr>
            <w:r>
              <w:rPr>
                <w:b/>
                <w:color w:val="005B4D"/>
                <w:sz w:val="20"/>
              </w:rPr>
              <w:t>E</w:t>
            </w:r>
          </w:p>
        </w:tc>
        <w:tc>
          <w:tcPr>
            <w:tcW w:w="352" w:type="dxa"/>
            <w:tcBorders>
              <w:top w:val="single" w:sz="7" w:space="0" w:color="005B4D"/>
              <w:left w:val="single" w:sz="7" w:space="0" w:color="005B4D"/>
              <w:bottom w:val="single" w:sz="7" w:space="0" w:color="005B4D"/>
              <w:right w:val="single" w:sz="7" w:space="0" w:color="005B4D"/>
            </w:tcBorders>
            <w:shd w:val="clear" w:color="auto" w:fill="EAF4F7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0A7770F9" w14:textId="77777777" w:rsidR="008C1C6B" w:rsidRDefault="00000000">
            <w:pPr>
              <w:spacing w:after="0" w:line="240" w:lineRule="auto"/>
              <w:jc w:val="center"/>
            </w:pPr>
            <w:r>
              <w:rPr>
                <w:b/>
                <w:color w:val="005B4D"/>
                <w:sz w:val="20"/>
              </w:rPr>
              <w:t>T</w:t>
            </w:r>
          </w:p>
        </w:tc>
        <w:tc>
          <w:tcPr>
            <w:tcW w:w="352" w:type="dxa"/>
            <w:tcBorders>
              <w:top w:val="single" w:sz="7" w:space="0" w:color="005B4D"/>
              <w:left w:val="single" w:sz="7" w:space="0" w:color="005B4D"/>
              <w:bottom w:val="single" w:sz="7" w:space="0" w:color="005B4D"/>
              <w:right w:val="single" w:sz="7" w:space="0" w:color="005B4D"/>
            </w:tcBorders>
            <w:shd w:val="clear" w:color="auto" w:fill="EAF4F7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2335C59E" w14:textId="77777777" w:rsidR="008C1C6B" w:rsidRDefault="00000000">
            <w:pPr>
              <w:spacing w:after="0" w:line="240" w:lineRule="auto"/>
              <w:jc w:val="center"/>
            </w:pPr>
            <w:r>
              <w:rPr>
                <w:b/>
                <w:color w:val="005B4D"/>
                <w:sz w:val="20"/>
              </w:rPr>
              <w:t>Y</w:t>
            </w: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60EB0AF9" w14:textId="77777777" w:rsidR="008C1C6B" w:rsidRDefault="008C1C6B">
            <w:pPr>
              <w:spacing w:after="0" w:line="240" w:lineRule="auto"/>
              <w:jc w:val="center"/>
            </w:pPr>
          </w:p>
        </w:tc>
      </w:tr>
      <w:tr w:rsidR="008C1C6B" w14:paraId="4F34481F" w14:textId="77777777">
        <w:trPr>
          <w:trHeight w:hRule="exact" w:val="352"/>
          <w:jc w:val="center"/>
        </w:trPr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07236720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7437E8E6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1FEEBB30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7" w:space="0" w:color="005B4D"/>
              <w:left w:val="single" w:sz="7" w:space="0" w:color="005B4D"/>
              <w:bottom w:val="single" w:sz="7" w:space="0" w:color="005B4D"/>
              <w:right w:val="single" w:sz="7" w:space="0" w:color="005B4D"/>
            </w:tcBorders>
            <w:shd w:val="clear" w:color="auto" w:fill="EAF4F7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248FEF30" w14:textId="77777777" w:rsidR="008C1C6B" w:rsidRDefault="00000000">
            <w:pPr>
              <w:spacing w:after="0" w:line="240" w:lineRule="auto"/>
            </w:pPr>
            <w:r>
              <w:rPr>
                <w:b/>
                <w:color w:val="00387E"/>
                <w:sz w:val="11"/>
              </w:rPr>
              <w:t>8</w:t>
            </w:r>
            <w:r>
              <w:rPr>
                <w:b/>
                <w:color w:val="005B4D"/>
                <w:sz w:val="20"/>
              </w:rPr>
              <w:t xml:space="preserve"> L</w:t>
            </w: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40D7DA9B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33EA41CE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3CEB38FA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7" w:space="0" w:color="005B4D"/>
              <w:left w:val="single" w:sz="7" w:space="0" w:color="005B4D"/>
              <w:bottom w:val="single" w:sz="7" w:space="0" w:color="005B4D"/>
              <w:right w:val="single" w:sz="7" w:space="0" w:color="005B4D"/>
            </w:tcBorders>
            <w:shd w:val="clear" w:color="auto" w:fill="EAF4F7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26F5B10E" w14:textId="77777777" w:rsidR="008C1C6B" w:rsidRDefault="00000000">
            <w:pPr>
              <w:spacing w:after="0" w:line="240" w:lineRule="auto"/>
              <w:jc w:val="center"/>
            </w:pPr>
            <w:r>
              <w:rPr>
                <w:b/>
                <w:color w:val="005B4D"/>
                <w:sz w:val="20"/>
              </w:rPr>
              <w:t>N</w:t>
            </w: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3A961E95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7" w:space="0" w:color="005B4D"/>
              <w:left w:val="single" w:sz="7" w:space="0" w:color="005B4D"/>
              <w:bottom w:val="single" w:sz="7" w:space="0" w:color="005B4D"/>
              <w:right w:val="single" w:sz="7" w:space="0" w:color="005B4D"/>
            </w:tcBorders>
            <w:shd w:val="clear" w:color="auto" w:fill="EAF4F7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2C201252" w14:textId="77777777" w:rsidR="008C1C6B" w:rsidRDefault="00000000">
            <w:pPr>
              <w:spacing w:after="0" w:line="240" w:lineRule="auto"/>
              <w:jc w:val="center"/>
            </w:pPr>
            <w:r>
              <w:rPr>
                <w:b/>
                <w:color w:val="005B4D"/>
                <w:sz w:val="20"/>
              </w:rPr>
              <w:t>I</w:t>
            </w: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656BA59C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6DBD38FF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0F407AFD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7" w:space="0" w:color="005B4D"/>
              <w:left w:val="single" w:sz="7" w:space="0" w:color="005B4D"/>
              <w:bottom w:val="single" w:sz="7" w:space="0" w:color="005B4D"/>
              <w:right w:val="single" w:sz="7" w:space="0" w:color="005B4D"/>
            </w:tcBorders>
            <w:shd w:val="clear" w:color="auto" w:fill="EAF4F7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37BAE233" w14:textId="77777777" w:rsidR="008C1C6B" w:rsidRDefault="00000000">
            <w:pPr>
              <w:spacing w:after="0" w:line="240" w:lineRule="auto"/>
              <w:jc w:val="center"/>
            </w:pPr>
            <w:r>
              <w:rPr>
                <w:b/>
                <w:color w:val="005B4D"/>
                <w:sz w:val="20"/>
              </w:rPr>
              <w:t>L</w:t>
            </w: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17849167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53CACBD9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25FB1CD9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2D8E8295" w14:textId="77777777" w:rsidR="008C1C6B" w:rsidRDefault="008C1C6B">
            <w:pPr>
              <w:spacing w:after="0" w:line="240" w:lineRule="auto"/>
              <w:jc w:val="center"/>
            </w:pPr>
          </w:p>
        </w:tc>
      </w:tr>
      <w:tr w:rsidR="008C1C6B" w14:paraId="016E90C2" w14:textId="77777777">
        <w:trPr>
          <w:trHeight w:hRule="exact" w:val="352"/>
          <w:jc w:val="center"/>
        </w:trPr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23BFBDBB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0DDE7B10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2B23DD45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7" w:space="0" w:color="005B4D"/>
              <w:left w:val="single" w:sz="7" w:space="0" w:color="005B4D"/>
              <w:bottom w:val="single" w:sz="7" w:space="0" w:color="005B4D"/>
              <w:right w:val="single" w:sz="7" w:space="0" w:color="005B4D"/>
            </w:tcBorders>
            <w:shd w:val="clear" w:color="auto" w:fill="EAF4F7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19EC6C59" w14:textId="77777777" w:rsidR="008C1C6B" w:rsidRDefault="00000000">
            <w:pPr>
              <w:spacing w:after="0" w:line="240" w:lineRule="auto"/>
              <w:jc w:val="center"/>
            </w:pPr>
            <w:r>
              <w:rPr>
                <w:b/>
                <w:color w:val="005B4D"/>
                <w:sz w:val="20"/>
              </w:rPr>
              <w:t>E</w:t>
            </w: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1E05425D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4ACFADD2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1C4C286F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7" w:space="0" w:color="005B4D"/>
              <w:left w:val="single" w:sz="7" w:space="0" w:color="005B4D"/>
              <w:bottom w:val="single" w:sz="7" w:space="0" w:color="005B4D"/>
              <w:right w:val="single" w:sz="7" w:space="0" w:color="005B4D"/>
            </w:tcBorders>
            <w:shd w:val="clear" w:color="auto" w:fill="EAF4F7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30B7E751" w14:textId="77777777" w:rsidR="008C1C6B" w:rsidRDefault="00000000">
            <w:pPr>
              <w:spacing w:after="0" w:line="240" w:lineRule="auto"/>
              <w:jc w:val="center"/>
            </w:pPr>
            <w:r>
              <w:rPr>
                <w:b/>
                <w:color w:val="005B4D"/>
                <w:sz w:val="20"/>
              </w:rPr>
              <w:t>C</w:t>
            </w: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1A31E2B9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7" w:space="0" w:color="005B4D"/>
              <w:left w:val="single" w:sz="7" w:space="0" w:color="005B4D"/>
              <w:bottom w:val="single" w:sz="7" w:space="0" w:color="005B4D"/>
              <w:right w:val="single" w:sz="7" w:space="0" w:color="005B4D"/>
            </w:tcBorders>
            <w:shd w:val="clear" w:color="auto" w:fill="EAF4F7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06D393F3" w14:textId="77777777" w:rsidR="008C1C6B" w:rsidRDefault="00000000">
            <w:pPr>
              <w:spacing w:after="0" w:line="240" w:lineRule="auto"/>
              <w:jc w:val="center"/>
            </w:pPr>
            <w:r>
              <w:rPr>
                <w:b/>
                <w:color w:val="005B4D"/>
                <w:sz w:val="20"/>
              </w:rPr>
              <w:t>S</w:t>
            </w: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7DDF825A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0298B5ED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3788090F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7" w:space="0" w:color="005B4D"/>
              <w:left w:val="single" w:sz="7" w:space="0" w:color="005B4D"/>
              <w:bottom w:val="single" w:sz="7" w:space="0" w:color="005B4D"/>
              <w:right w:val="single" w:sz="7" w:space="0" w:color="005B4D"/>
            </w:tcBorders>
            <w:shd w:val="clear" w:color="auto" w:fill="EAF4F7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78D0549F" w14:textId="77777777" w:rsidR="008C1C6B" w:rsidRDefault="00000000">
            <w:pPr>
              <w:spacing w:after="0" w:line="240" w:lineRule="auto"/>
              <w:jc w:val="center"/>
            </w:pPr>
            <w:r>
              <w:rPr>
                <w:b/>
                <w:color w:val="005B4D"/>
                <w:sz w:val="20"/>
              </w:rPr>
              <w:t>O</w:t>
            </w: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6B4B563D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44385360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3FE37566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141B96A2" w14:textId="77777777" w:rsidR="008C1C6B" w:rsidRDefault="008C1C6B">
            <w:pPr>
              <w:spacing w:after="0" w:line="240" w:lineRule="auto"/>
              <w:jc w:val="center"/>
            </w:pPr>
          </w:p>
        </w:tc>
      </w:tr>
      <w:tr w:rsidR="008C1C6B" w14:paraId="11745188" w14:textId="77777777">
        <w:trPr>
          <w:trHeight w:hRule="exact" w:val="352"/>
          <w:jc w:val="center"/>
        </w:trPr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09B41608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5CBDE32F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7BC162D7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7" w:space="0" w:color="005B4D"/>
              <w:left w:val="single" w:sz="7" w:space="0" w:color="005B4D"/>
              <w:bottom w:val="single" w:sz="7" w:space="0" w:color="005B4D"/>
              <w:right w:val="single" w:sz="7" w:space="0" w:color="005B4D"/>
            </w:tcBorders>
            <w:shd w:val="clear" w:color="auto" w:fill="EAF4F7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44F9D5AE" w14:textId="77777777" w:rsidR="008C1C6B" w:rsidRDefault="00000000">
            <w:pPr>
              <w:spacing w:after="0" w:line="240" w:lineRule="auto"/>
            </w:pPr>
            <w:r>
              <w:rPr>
                <w:b/>
                <w:color w:val="00387E"/>
                <w:sz w:val="11"/>
              </w:rPr>
              <w:t>9</w:t>
            </w:r>
            <w:r>
              <w:rPr>
                <w:b/>
                <w:color w:val="005B4D"/>
                <w:sz w:val="20"/>
              </w:rPr>
              <w:t xml:space="preserve"> A</w:t>
            </w:r>
          </w:p>
        </w:tc>
        <w:tc>
          <w:tcPr>
            <w:tcW w:w="352" w:type="dxa"/>
            <w:tcBorders>
              <w:top w:val="single" w:sz="7" w:space="0" w:color="005B4D"/>
              <w:left w:val="single" w:sz="7" w:space="0" w:color="005B4D"/>
              <w:bottom w:val="single" w:sz="7" w:space="0" w:color="005B4D"/>
              <w:right w:val="single" w:sz="7" w:space="0" w:color="005B4D"/>
            </w:tcBorders>
            <w:shd w:val="clear" w:color="auto" w:fill="EAF4F7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3F874C8D" w14:textId="77777777" w:rsidR="008C1C6B" w:rsidRDefault="00000000">
            <w:pPr>
              <w:spacing w:after="0" w:line="240" w:lineRule="auto"/>
              <w:jc w:val="center"/>
            </w:pPr>
            <w:r>
              <w:rPr>
                <w:b/>
                <w:color w:val="005B4D"/>
                <w:sz w:val="20"/>
              </w:rPr>
              <w:t>P</w:t>
            </w:r>
          </w:p>
        </w:tc>
        <w:tc>
          <w:tcPr>
            <w:tcW w:w="352" w:type="dxa"/>
            <w:tcBorders>
              <w:top w:val="single" w:sz="7" w:space="0" w:color="005B4D"/>
              <w:left w:val="single" w:sz="7" w:space="0" w:color="005B4D"/>
              <w:bottom w:val="single" w:sz="7" w:space="0" w:color="005B4D"/>
              <w:right w:val="single" w:sz="7" w:space="0" w:color="005B4D"/>
            </w:tcBorders>
            <w:shd w:val="clear" w:color="auto" w:fill="EAF4F7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44909CFB" w14:textId="77777777" w:rsidR="008C1C6B" w:rsidRDefault="00000000">
            <w:pPr>
              <w:spacing w:after="0" w:line="240" w:lineRule="auto"/>
              <w:jc w:val="center"/>
            </w:pPr>
            <w:r>
              <w:rPr>
                <w:b/>
                <w:color w:val="005B4D"/>
                <w:sz w:val="20"/>
              </w:rPr>
              <w:t>P</w:t>
            </w:r>
          </w:p>
        </w:tc>
        <w:tc>
          <w:tcPr>
            <w:tcW w:w="352" w:type="dxa"/>
            <w:tcBorders>
              <w:top w:val="single" w:sz="7" w:space="0" w:color="005B4D"/>
              <w:left w:val="single" w:sz="7" w:space="0" w:color="005B4D"/>
              <w:bottom w:val="single" w:sz="7" w:space="0" w:color="005B4D"/>
              <w:right w:val="single" w:sz="7" w:space="0" w:color="005B4D"/>
            </w:tcBorders>
            <w:shd w:val="clear" w:color="auto" w:fill="EAF4F7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7AE32844" w14:textId="77777777" w:rsidR="008C1C6B" w:rsidRDefault="00000000">
            <w:pPr>
              <w:spacing w:after="0" w:line="240" w:lineRule="auto"/>
              <w:jc w:val="center"/>
            </w:pPr>
            <w:r>
              <w:rPr>
                <w:b/>
                <w:color w:val="005B4D"/>
                <w:sz w:val="20"/>
              </w:rPr>
              <w:t>R</w:t>
            </w:r>
          </w:p>
        </w:tc>
        <w:tc>
          <w:tcPr>
            <w:tcW w:w="352" w:type="dxa"/>
            <w:tcBorders>
              <w:top w:val="single" w:sz="7" w:space="0" w:color="005B4D"/>
              <w:left w:val="single" w:sz="7" w:space="0" w:color="005B4D"/>
              <w:bottom w:val="single" w:sz="7" w:space="0" w:color="005B4D"/>
              <w:right w:val="single" w:sz="7" w:space="0" w:color="005B4D"/>
            </w:tcBorders>
            <w:shd w:val="clear" w:color="auto" w:fill="EAF4F7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778CA5CC" w14:textId="77777777" w:rsidR="008C1C6B" w:rsidRDefault="00000000">
            <w:pPr>
              <w:spacing w:after="0" w:line="240" w:lineRule="auto"/>
              <w:jc w:val="center"/>
            </w:pPr>
            <w:r>
              <w:rPr>
                <w:b/>
                <w:color w:val="005B4D"/>
                <w:sz w:val="20"/>
              </w:rPr>
              <w:t>E</w:t>
            </w:r>
          </w:p>
        </w:tc>
        <w:tc>
          <w:tcPr>
            <w:tcW w:w="352" w:type="dxa"/>
            <w:tcBorders>
              <w:top w:val="single" w:sz="7" w:space="0" w:color="005B4D"/>
              <w:left w:val="single" w:sz="7" w:space="0" w:color="005B4D"/>
              <w:bottom w:val="single" w:sz="7" w:space="0" w:color="005B4D"/>
              <w:right w:val="single" w:sz="7" w:space="0" w:color="005B4D"/>
            </w:tcBorders>
            <w:shd w:val="clear" w:color="auto" w:fill="EAF4F7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69C16EEE" w14:textId="77777777" w:rsidR="008C1C6B" w:rsidRDefault="00000000">
            <w:pPr>
              <w:spacing w:after="0" w:line="240" w:lineRule="auto"/>
              <w:jc w:val="center"/>
            </w:pPr>
            <w:r>
              <w:rPr>
                <w:b/>
                <w:color w:val="005B4D"/>
                <w:sz w:val="20"/>
              </w:rPr>
              <w:t>C</w:t>
            </w:r>
          </w:p>
        </w:tc>
        <w:tc>
          <w:tcPr>
            <w:tcW w:w="352" w:type="dxa"/>
            <w:tcBorders>
              <w:top w:val="single" w:sz="7" w:space="0" w:color="005B4D"/>
              <w:left w:val="single" w:sz="7" w:space="0" w:color="005B4D"/>
              <w:bottom w:val="single" w:sz="7" w:space="0" w:color="005B4D"/>
              <w:right w:val="single" w:sz="7" w:space="0" w:color="005B4D"/>
            </w:tcBorders>
            <w:shd w:val="clear" w:color="auto" w:fill="EAF4F7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3CC988FD" w14:textId="77777777" w:rsidR="008C1C6B" w:rsidRDefault="00000000">
            <w:pPr>
              <w:spacing w:after="0" w:line="240" w:lineRule="auto"/>
              <w:jc w:val="center"/>
            </w:pPr>
            <w:r>
              <w:rPr>
                <w:b/>
                <w:color w:val="005B4D"/>
                <w:sz w:val="20"/>
              </w:rPr>
              <w:t>I</w:t>
            </w:r>
          </w:p>
        </w:tc>
        <w:tc>
          <w:tcPr>
            <w:tcW w:w="352" w:type="dxa"/>
            <w:tcBorders>
              <w:top w:val="single" w:sz="7" w:space="0" w:color="005B4D"/>
              <w:left w:val="single" w:sz="7" w:space="0" w:color="005B4D"/>
              <w:bottom w:val="single" w:sz="7" w:space="0" w:color="005B4D"/>
              <w:right w:val="single" w:sz="7" w:space="0" w:color="005B4D"/>
            </w:tcBorders>
            <w:shd w:val="clear" w:color="auto" w:fill="EAF4F7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1A99144D" w14:textId="77777777" w:rsidR="008C1C6B" w:rsidRDefault="00000000">
            <w:pPr>
              <w:spacing w:after="0" w:line="240" w:lineRule="auto"/>
              <w:jc w:val="center"/>
            </w:pPr>
            <w:r>
              <w:rPr>
                <w:b/>
                <w:color w:val="005B4D"/>
                <w:sz w:val="20"/>
              </w:rPr>
              <w:t>A</w:t>
            </w:r>
          </w:p>
        </w:tc>
        <w:tc>
          <w:tcPr>
            <w:tcW w:w="352" w:type="dxa"/>
            <w:tcBorders>
              <w:top w:val="single" w:sz="7" w:space="0" w:color="005B4D"/>
              <w:left w:val="single" w:sz="7" w:space="0" w:color="005B4D"/>
              <w:bottom w:val="single" w:sz="7" w:space="0" w:color="005B4D"/>
              <w:right w:val="single" w:sz="7" w:space="0" w:color="005B4D"/>
            </w:tcBorders>
            <w:shd w:val="clear" w:color="auto" w:fill="EAF4F7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7DAC7EE6" w14:textId="77777777" w:rsidR="008C1C6B" w:rsidRDefault="00000000">
            <w:pPr>
              <w:spacing w:after="0" w:line="240" w:lineRule="auto"/>
            </w:pPr>
            <w:r>
              <w:rPr>
                <w:b/>
                <w:color w:val="00387E"/>
                <w:sz w:val="11"/>
              </w:rPr>
              <w:t>10</w:t>
            </w:r>
            <w:r>
              <w:rPr>
                <w:b/>
                <w:color w:val="005B4D"/>
                <w:sz w:val="20"/>
              </w:rPr>
              <w:t xml:space="preserve"> T</w:t>
            </w:r>
          </w:p>
        </w:tc>
        <w:tc>
          <w:tcPr>
            <w:tcW w:w="352" w:type="dxa"/>
            <w:tcBorders>
              <w:top w:val="single" w:sz="7" w:space="0" w:color="005B4D"/>
              <w:left w:val="single" w:sz="7" w:space="0" w:color="005B4D"/>
              <w:bottom w:val="single" w:sz="7" w:space="0" w:color="005B4D"/>
              <w:right w:val="single" w:sz="7" w:space="0" w:color="005B4D"/>
            </w:tcBorders>
            <w:shd w:val="clear" w:color="auto" w:fill="EAF4F7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5D8D2ED8" w14:textId="77777777" w:rsidR="008C1C6B" w:rsidRDefault="00000000">
            <w:pPr>
              <w:spacing w:after="0" w:line="240" w:lineRule="auto"/>
              <w:jc w:val="center"/>
            </w:pPr>
            <w:r>
              <w:rPr>
                <w:b/>
                <w:color w:val="005B4D"/>
                <w:sz w:val="20"/>
              </w:rPr>
              <w:t>I</w:t>
            </w:r>
          </w:p>
        </w:tc>
        <w:tc>
          <w:tcPr>
            <w:tcW w:w="352" w:type="dxa"/>
            <w:tcBorders>
              <w:top w:val="single" w:sz="7" w:space="0" w:color="005B4D"/>
              <w:left w:val="single" w:sz="7" w:space="0" w:color="005B4D"/>
              <w:bottom w:val="single" w:sz="7" w:space="0" w:color="005B4D"/>
              <w:right w:val="single" w:sz="7" w:space="0" w:color="005B4D"/>
            </w:tcBorders>
            <w:shd w:val="clear" w:color="auto" w:fill="EAF4F7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0C4B06E3" w14:textId="77777777" w:rsidR="008C1C6B" w:rsidRDefault="00000000">
            <w:pPr>
              <w:spacing w:after="0" w:line="240" w:lineRule="auto"/>
              <w:jc w:val="center"/>
            </w:pPr>
            <w:r>
              <w:rPr>
                <w:b/>
                <w:color w:val="005B4D"/>
                <w:sz w:val="20"/>
              </w:rPr>
              <w:t>O</w:t>
            </w:r>
          </w:p>
        </w:tc>
        <w:tc>
          <w:tcPr>
            <w:tcW w:w="352" w:type="dxa"/>
            <w:tcBorders>
              <w:top w:val="single" w:sz="7" w:space="0" w:color="005B4D"/>
              <w:left w:val="single" w:sz="7" w:space="0" w:color="005B4D"/>
              <w:bottom w:val="single" w:sz="7" w:space="0" w:color="005B4D"/>
              <w:right w:val="single" w:sz="7" w:space="0" w:color="005B4D"/>
            </w:tcBorders>
            <w:shd w:val="clear" w:color="auto" w:fill="EAF4F7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3553F3F4" w14:textId="77777777" w:rsidR="008C1C6B" w:rsidRDefault="00000000">
            <w:pPr>
              <w:spacing w:after="0" w:line="240" w:lineRule="auto"/>
              <w:jc w:val="center"/>
            </w:pPr>
            <w:r>
              <w:rPr>
                <w:b/>
                <w:color w:val="005B4D"/>
                <w:sz w:val="20"/>
              </w:rPr>
              <w:t>N</w:t>
            </w: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70C2A809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76B55DA6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26D6973A" w14:textId="77777777" w:rsidR="008C1C6B" w:rsidRDefault="008C1C6B">
            <w:pPr>
              <w:spacing w:after="0" w:line="240" w:lineRule="auto"/>
              <w:jc w:val="center"/>
            </w:pPr>
          </w:p>
        </w:tc>
      </w:tr>
      <w:tr w:rsidR="008C1C6B" w14:paraId="6C0CDF33" w14:textId="77777777">
        <w:trPr>
          <w:trHeight w:hRule="exact" w:val="352"/>
          <w:jc w:val="center"/>
        </w:trPr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3668907E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647C138E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07070A01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7" w:space="0" w:color="005B4D"/>
              <w:left w:val="single" w:sz="7" w:space="0" w:color="005B4D"/>
              <w:bottom w:val="single" w:sz="7" w:space="0" w:color="005B4D"/>
              <w:right w:val="single" w:sz="7" w:space="0" w:color="005B4D"/>
            </w:tcBorders>
            <w:shd w:val="clear" w:color="auto" w:fill="EAF4F7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34176C8E" w14:textId="77777777" w:rsidR="008C1C6B" w:rsidRDefault="00000000">
            <w:pPr>
              <w:spacing w:after="0" w:line="240" w:lineRule="auto"/>
              <w:jc w:val="center"/>
            </w:pPr>
            <w:r>
              <w:rPr>
                <w:b/>
                <w:color w:val="005B4D"/>
                <w:sz w:val="20"/>
              </w:rPr>
              <w:t>D</w:t>
            </w: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01AC532A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4AFF21FD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38C7B570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608861F4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6B22A66E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7" w:space="0" w:color="005B4D"/>
              <w:left w:val="single" w:sz="7" w:space="0" w:color="005B4D"/>
              <w:bottom w:val="single" w:sz="7" w:space="0" w:color="005B4D"/>
              <w:right w:val="single" w:sz="7" w:space="0" w:color="005B4D"/>
            </w:tcBorders>
            <w:shd w:val="clear" w:color="auto" w:fill="EAF4F7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2B57AD2B" w14:textId="77777777" w:rsidR="008C1C6B" w:rsidRDefault="00000000">
            <w:pPr>
              <w:spacing w:after="0" w:line="240" w:lineRule="auto"/>
              <w:jc w:val="center"/>
            </w:pPr>
            <w:r>
              <w:rPr>
                <w:b/>
                <w:color w:val="005B4D"/>
                <w:sz w:val="20"/>
              </w:rPr>
              <w:t>N</w:t>
            </w: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5D9B10FA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7" w:space="0" w:color="005B4D"/>
              <w:left w:val="single" w:sz="7" w:space="0" w:color="005B4D"/>
              <w:bottom w:val="single" w:sz="7" w:space="0" w:color="005B4D"/>
              <w:right w:val="single" w:sz="7" w:space="0" w:color="005B4D"/>
            </w:tcBorders>
            <w:shd w:val="clear" w:color="auto" w:fill="EAF4F7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20E7362A" w14:textId="77777777" w:rsidR="008C1C6B" w:rsidRDefault="00000000">
            <w:pPr>
              <w:spacing w:after="0" w:line="240" w:lineRule="auto"/>
              <w:jc w:val="center"/>
            </w:pPr>
            <w:r>
              <w:rPr>
                <w:b/>
                <w:color w:val="005B4D"/>
                <w:sz w:val="20"/>
              </w:rPr>
              <w:t>R</w:t>
            </w: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6115BFF3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7" w:space="0" w:color="005B4D"/>
              <w:left w:val="single" w:sz="7" w:space="0" w:color="005B4D"/>
              <w:bottom w:val="single" w:sz="7" w:space="0" w:color="005B4D"/>
              <w:right w:val="single" w:sz="7" w:space="0" w:color="005B4D"/>
            </w:tcBorders>
            <w:shd w:val="clear" w:color="auto" w:fill="EAF4F7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1A71AD30" w14:textId="77777777" w:rsidR="008C1C6B" w:rsidRDefault="00000000">
            <w:pPr>
              <w:spacing w:after="0" w:line="240" w:lineRule="auto"/>
              <w:jc w:val="center"/>
            </w:pPr>
            <w:r>
              <w:rPr>
                <w:b/>
                <w:color w:val="005B4D"/>
                <w:sz w:val="20"/>
              </w:rPr>
              <w:t>R</w:t>
            </w: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160DD119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2B1B6A93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55D44F9C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4CFEF514" w14:textId="77777777" w:rsidR="008C1C6B" w:rsidRDefault="008C1C6B">
            <w:pPr>
              <w:spacing w:after="0" w:line="240" w:lineRule="auto"/>
              <w:jc w:val="center"/>
            </w:pPr>
          </w:p>
        </w:tc>
      </w:tr>
      <w:tr w:rsidR="008C1C6B" w14:paraId="6E5742E6" w14:textId="77777777">
        <w:trPr>
          <w:trHeight w:hRule="exact" w:val="352"/>
          <w:jc w:val="center"/>
        </w:trPr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44DB86B0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34CADBCA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655EA3A8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7" w:space="0" w:color="005B4D"/>
              <w:left w:val="single" w:sz="7" w:space="0" w:color="005B4D"/>
              <w:bottom w:val="single" w:sz="7" w:space="0" w:color="005B4D"/>
              <w:right w:val="single" w:sz="7" w:space="0" w:color="005B4D"/>
            </w:tcBorders>
            <w:shd w:val="clear" w:color="auto" w:fill="EAF4F7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7AB9449C" w14:textId="77777777" w:rsidR="008C1C6B" w:rsidRDefault="00000000">
            <w:pPr>
              <w:spacing w:after="0" w:line="240" w:lineRule="auto"/>
              <w:jc w:val="center"/>
            </w:pPr>
            <w:r>
              <w:rPr>
                <w:b/>
                <w:color w:val="005B4D"/>
                <w:sz w:val="20"/>
              </w:rPr>
              <w:t>E</w:t>
            </w: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308A1A0C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3D15FE20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0FC2DB35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416041F7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24CF8609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7" w:space="0" w:color="005B4D"/>
              <w:left w:val="single" w:sz="7" w:space="0" w:color="005B4D"/>
              <w:bottom w:val="single" w:sz="7" w:space="0" w:color="005B4D"/>
              <w:right w:val="single" w:sz="7" w:space="0" w:color="005B4D"/>
            </w:tcBorders>
            <w:shd w:val="clear" w:color="auto" w:fill="EAF4F7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4855D0ED" w14:textId="77777777" w:rsidR="008C1C6B" w:rsidRDefault="00000000">
            <w:pPr>
              <w:spacing w:after="0" w:line="240" w:lineRule="auto"/>
              <w:jc w:val="center"/>
            </w:pPr>
            <w:r>
              <w:rPr>
                <w:b/>
                <w:color w:val="005B4D"/>
                <w:sz w:val="20"/>
              </w:rPr>
              <w:t>F</w:t>
            </w: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1F3CDCC8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7" w:space="0" w:color="005B4D"/>
              <w:left w:val="single" w:sz="7" w:space="0" w:color="005B4D"/>
              <w:bottom w:val="single" w:sz="7" w:space="0" w:color="005B4D"/>
              <w:right w:val="single" w:sz="7" w:space="0" w:color="005B4D"/>
            </w:tcBorders>
            <w:shd w:val="clear" w:color="auto" w:fill="EAF4F7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7CEE9F79" w14:textId="77777777" w:rsidR="008C1C6B" w:rsidRDefault="00000000">
            <w:pPr>
              <w:spacing w:after="0" w:line="240" w:lineRule="auto"/>
              <w:jc w:val="center"/>
            </w:pPr>
            <w:r>
              <w:rPr>
                <w:b/>
                <w:color w:val="005B4D"/>
                <w:sz w:val="20"/>
              </w:rPr>
              <w:t>A</w:t>
            </w: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6968D559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7" w:space="0" w:color="005B4D"/>
              <w:left w:val="single" w:sz="7" w:space="0" w:color="005B4D"/>
              <w:bottom w:val="single" w:sz="7" w:space="0" w:color="005B4D"/>
              <w:right w:val="single" w:sz="7" w:space="0" w:color="005B4D"/>
            </w:tcBorders>
            <w:shd w:val="clear" w:color="auto" w:fill="EAF4F7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75CDA2DA" w14:textId="77777777" w:rsidR="008C1C6B" w:rsidRDefault="00000000">
            <w:pPr>
              <w:spacing w:after="0" w:line="240" w:lineRule="auto"/>
            </w:pPr>
            <w:r>
              <w:rPr>
                <w:b/>
                <w:color w:val="00387E"/>
                <w:sz w:val="11"/>
              </w:rPr>
              <w:t>11</w:t>
            </w:r>
            <w:r>
              <w:rPr>
                <w:b/>
                <w:color w:val="005B4D"/>
                <w:sz w:val="20"/>
              </w:rPr>
              <w:t xml:space="preserve"> C</w:t>
            </w:r>
          </w:p>
        </w:tc>
        <w:tc>
          <w:tcPr>
            <w:tcW w:w="352" w:type="dxa"/>
            <w:tcBorders>
              <w:top w:val="single" w:sz="7" w:space="0" w:color="005B4D"/>
              <w:left w:val="single" w:sz="7" w:space="0" w:color="005B4D"/>
              <w:bottom w:val="single" w:sz="7" w:space="0" w:color="005B4D"/>
              <w:right w:val="single" w:sz="7" w:space="0" w:color="005B4D"/>
            </w:tcBorders>
            <w:shd w:val="clear" w:color="auto" w:fill="EAF4F7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6CED7822" w14:textId="77777777" w:rsidR="008C1C6B" w:rsidRDefault="00000000">
            <w:pPr>
              <w:spacing w:after="0" w:line="240" w:lineRule="auto"/>
              <w:jc w:val="center"/>
            </w:pPr>
            <w:r>
              <w:rPr>
                <w:b/>
                <w:color w:val="005B4D"/>
                <w:sz w:val="20"/>
              </w:rPr>
              <w:t>H</w:t>
            </w:r>
          </w:p>
        </w:tc>
        <w:tc>
          <w:tcPr>
            <w:tcW w:w="352" w:type="dxa"/>
            <w:tcBorders>
              <w:top w:val="single" w:sz="7" w:space="0" w:color="005B4D"/>
              <w:left w:val="single" w:sz="7" w:space="0" w:color="005B4D"/>
              <w:bottom w:val="single" w:sz="7" w:space="0" w:color="005B4D"/>
              <w:right w:val="single" w:sz="7" w:space="0" w:color="005B4D"/>
            </w:tcBorders>
            <w:shd w:val="clear" w:color="auto" w:fill="EAF4F7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6D26A2C4" w14:textId="77777777" w:rsidR="008C1C6B" w:rsidRDefault="00000000">
            <w:pPr>
              <w:spacing w:after="0" w:line="240" w:lineRule="auto"/>
              <w:jc w:val="center"/>
            </w:pPr>
            <w:r>
              <w:rPr>
                <w:b/>
                <w:color w:val="005B4D"/>
                <w:sz w:val="20"/>
              </w:rPr>
              <w:t>E</w:t>
            </w:r>
          </w:p>
        </w:tc>
        <w:tc>
          <w:tcPr>
            <w:tcW w:w="352" w:type="dxa"/>
            <w:tcBorders>
              <w:top w:val="single" w:sz="7" w:space="0" w:color="005B4D"/>
              <w:left w:val="single" w:sz="7" w:space="0" w:color="005B4D"/>
              <w:bottom w:val="single" w:sz="7" w:space="0" w:color="005B4D"/>
              <w:right w:val="single" w:sz="7" w:space="0" w:color="005B4D"/>
            </w:tcBorders>
            <w:shd w:val="clear" w:color="auto" w:fill="EAF4F7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7E3F2120" w14:textId="77777777" w:rsidR="008C1C6B" w:rsidRDefault="00000000">
            <w:pPr>
              <w:spacing w:after="0" w:line="240" w:lineRule="auto"/>
              <w:jc w:val="center"/>
            </w:pPr>
            <w:r>
              <w:rPr>
                <w:b/>
                <w:color w:val="005B4D"/>
                <w:sz w:val="20"/>
              </w:rPr>
              <w:t>S</w:t>
            </w:r>
          </w:p>
        </w:tc>
        <w:tc>
          <w:tcPr>
            <w:tcW w:w="352" w:type="dxa"/>
            <w:tcBorders>
              <w:top w:val="single" w:sz="7" w:space="0" w:color="005B4D"/>
              <w:left w:val="single" w:sz="7" w:space="0" w:color="005B4D"/>
              <w:bottom w:val="single" w:sz="7" w:space="0" w:color="005B4D"/>
              <w:right w:val="single" w:sz="7" w:space="0" w:color="005B4D"/>
            </w:tcBorders>
            <w:shd w:val="clear" w:color="auto" w:fill="EAF4F7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56E6C66E" w14:textId="77777777" w:rsidR="008C1C6B" w:rsidRDefault="00000000">
            <w:pPr>
              <w:spacing w:after="0" w:line="240" w:lineRule="auto"/>
              <w:jc w:val="center"/>
            </w:pPr>
            <w:r>
              <w:rPr>
                <w:b/>
                <w:color w:val="005B4D"/>
                <w:sz w:val="20"/>
              </w:rPr>
              <w:t>P</w:t>
            </w:r>
          </w:p>
        </w:tc>
      </w:tr>
      <w:tr w:rsidR="008C1C6B" w14:paraId="409DC306" w14:textId="77777777">
        <w:trPr>
          <w:trHeight w:hRule="exact" w:val="352"/>
          <w:jc w:val="center"/>
        </w:trPr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24AE62B3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510D2B4B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0142B3EB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7" w:space="0" w:color="005B4D"/>
              <w:left w:val="single" w:sz="7" w:space="0" w:color="005B4D"/>
              <w:bottom w:val="single" w:sz="7" w:space="0" w:color="005B4D"/>
              <w:right w:val="single" w:sz="7" w:space="0" w:color="005B4D"/>
            </w:tcBorders>
            <w:shd w:val="clear" w:color="auto" w:fill="EAF4F7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76FCDF69" w14:textId="77777777" w:rsidR="008C1C6B" w:rsidRDefault="00000000">
            <w:pPr>
              <w:spacing w:after="0" w:line="240" w:lineRule="auto"/>
              <w:jc w:val="center"/>
            </w:pPr>
            <w:r>
              <w:rPr>
                <w:b/>
                <w:color w:val="005B4D"/>
                <w:sz w:val="20"/>
              </w:rPr>
              <w:t>R</w:t>
            </w: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5E13C351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3738EFB0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1E50170B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0190CE40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2B452B24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7" w:space="0" w:color="005B4D"/>
              <w:left w:val="single" w:sz="7" w:space="0" w:color="005B4D"/>
              <w:bottom w:val="single" w:sz="7" w:space="0" w:color="005B4D"/>
              <w:right w:val="single" w:sz="7" w:space="0" w:color="005B4D"/>
            </w:tcBorders>
            <w:shd w:val="clear" w:color="auto" w:fill="EAF4F7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1794DF45" w14:textId="77777777" w:rsidR="008C1C6B" w:rsidRDefault="00000000">
            <w:pPr>
              <w:spacing w:after="0" w:line="240" w:lineRule="auto"/>
              <w:jc w:val="center"/>
            </w:pPr>
            <w:r>
              <w:rPr>
                <w:b/>
                <w:color w:val="005B4D"/>
                <w:sz w:val="20"/>
              </w:rPr>
              <w:t>E</w:t>
            </w: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45461B37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7" w:space="0" w:color="005B4D"/>
              <w:left w:val="single" w:sz="7" w:space="0" w:color="005B4D"/>
              <w:bottom w:val="single" w:sz="7" w:space="0" w:color="005B4D"/>
              <w:right w:val="single" w:sz="7" w:space="0" w:color="005B4D"/>
            </w:tcBorders>
            <w:shd w:val="clear" w:color="auto" w:fill="EAF4F7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2D8EF791" w14:textId="77777777" w:rsidR="008C1C6B" w:rsidRDefault="00000000">
            <w:pPr>
              <w:spacing w:after="0" w:line="240" w:lineRule="auto"/>
              <w:jc w:val="center"/>
            </w:pPr>
            <w:r>
              <w:rPr>
                <w:b/>
                <w:color w:val="005B4D"/>
                <w:sz w:val="20"/>
              </w:rPr>
              <w:t>I</w:t>
            </w: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60BC4B18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7" w:space="0" w:color="005B4D"/>
              <w:left w:val="single" w:sz="7" w:space="0" w:color="005B4D"/>
              <w:bottom w:val="single" w:sz="7" w:space="0" w:color="005B4D"/>
              <w:right w:val="single" w:sz="7" w:space="0" w:color="005B4D"/>
            </w:tcBorders>
            <w:shd w:val="clear" w:color="auto" w:fill="EAF4F7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3299B442" w14:textId="77777777" w:rsidR="008C1C6B" w:rsidRDefault="00000000">
            <w:pPr>
              <w:spacing w:after="0" w:line="240" w:lineRule="auto"/>
              <w:jc w:val="center"/>
            </w:pPr>
            <w:r>
              <w:rPr>
                <w:b/>
                <w:color w:val="005B4D"/>
                <w:sz w:val="20"/>
              </w:rPr>
              <w:t>A</w:t>
            </w: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4DA507F7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4F2F6D37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697DB2B1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163D16BB" w14:textId="77777777" w:rsidR="008C1C6B" w:rsidRDefault="008C1C6B">
            <w:pPr>
              <w:spacing w:after="0" w:line="240" w:lineRule="auto"/>
              <w:jc w:val="center"/>
            </w:pPr>
          </w:p>
        </w:tc>
      </w:tr>
      <w:tr w:rsidR="008C1C6B" w14:paraId="51E9F0D8" w14:textId="77777777">
        <w:trPr>
          <w:trHeight w:hRule="exact" w:val="352"/>
          <w:jc w:val="center"/>
        </w:trPr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7F4F94C4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2B0B305F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674B6814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7" w:space="0" w:color="005B4D"/>
              <w:left w:val="single" w:sz="7" w:space="0" w:color="005B4D"/>
              <w:bottom w:val="single" w:sz="7" w:space="0" w:color="005B4D"/>
              <w:right w:val="single" w:sz="7" w:space="0" w:color="005B4D"/>
            </w:tcBorders>
            <w:shd w:val="clear" w:color="auto" w:fill="EAF4F7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52E4B09D" w14:textId="77777777" w:rsidR="008C1C6B" w:rsidRDefault="00000000">
            <w:pPr>
              <w:spacing w:after="0" w:line="240" w:lineRule="auto"/>
              <w:jc w:val="center"/>
            </w:pPr>
            <w:r>
              <w:rPr>
                <w:b/>
                <w:color w:val="005B4D"/>
                <w:sz w:val="20"/>
              </w:rPr>
              <w:t>S</w:t>
            </w: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2A585FB6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1B5C9971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7" w:space="0" w:color="005B4D"/>
              <w:left w:val="single" w:sz="7" w:space="0" w:color="005B4D"/>
              <w:bottom w:val="single" w:sz="7" w:space="0" w:color="005B4D"/>
              <w:right w:val="single" w:sz="7" w:space="0" w:color="005B4D"/>
            </w:tcBorders>
            <w:shd w:val="clear" w:color="auto" w:fill="EAF4F7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4A77531A" w14:textId="77777777" w:rsidR="008C1C6B" w:rsidRDefault="00000000">
            <w:pPr>
              <w:spacing w:after="0" w:line="240" w:lineRule="auto"/>
            </w:pPr>
            <w:r>
              <w:rPr>
                <w:b/>
                <w:color w:val="00387E"/>
                <w:sz w:val="11"/>
              </w:rPr>
              <w:t>12</w:t>
            </w:r>
            <w:r>
              <w:rPr>
                <w:b/>
                <w:color w:val="005B4D"/>
                <w:sz w:val="20"/>
              </w:rPr>
              <w:t xml:space="preserve"> C</w:t>
            </w: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5EBBD81F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675F08A2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7" w:space="0" w:color="005B4D"/>
              <w:left w:val="single" w:sz="7" w:space="0" w:color="005B4D"/>
              <w:bottom w:val="single" w:sz="7" w:space="0" w:color="005B4D"/>
              <w:right w:val="single" w:sz="7" w:space="0" w:color="005B4D"/>
            </w:tcBorders>
            <w:shd w:val="clear" w:color="auto" w:fill="EAF4F7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43DB13DB" w14:textId="77777777" w:rsidR="008C1C6B" w:rsidRDefault="00000000">
            <w:pPr>
              <w:spacing w:after="0" w:line="240" w:lineRule="auto"/>
              <w:jc w:val="center"/>
            </w:pPr>
            <w:r>
              <w:rPr>
                <w:b/>
                <w:color w:val="005B4D"/>
                <w:sz w:val="20"/>
              </w:rPr>
              <w:t>C</w:t>
            </w: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46958CB4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7" w:space="0" w:color="005B4D"/>
              <w:left w:val="single" w:sz="7" w:space="0" w:color="005B4D"/>
              <w:bottom w:val="single" w:sz="7" w:space="0" w:color="005B4D"/>
              <w:right w:val="single" w:sz="7" w:space="0" w:color="005B4D"/>
            </w:tcBorders>
            <w:shd w:val="clear" w:color="auto" w:fill="EAF4F7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7243AE8D" w14:textId="77777777" w:rsidR="008C1C6B" w:rsidRDefault="00000000">
            <w:pPr>
              <w:spacing w:after="0" w:line="240" w:lineRule="auto"/>
              <w:jc w:val="center"/>
            </w:pPr>
            <w:r>
              <w:rPr>
                <w:b/>
                <w:color w:val="005B4D"/>
                <w:sz w:val="20"/>
              </w:rPr>
              <w:t>N</w:t>
            </w: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298C5D45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7" w:space="0" w:color="005B4D"/>
              <w:left w:val="single" w:sz="7" w:space="0" w:color="005B4D"/>
              <w:bottom w:val="single" w:sz="7" w:space="0" w:color="005B4D"/>
              <w:right w:val="single" w:sz="7" w:space="0" w:color="005B4D"/>
            </w:tcBorders>
            <w:shd w:val="clear" w:color="auto" w:fill="EAF4F7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08E2F843" w14:textId="77777777" w:rsidR="008C1C6B" w:rsidRDefault="00000000">
            <w:pPr>
              <w:spacing w:after="0" w:line="240" w:lineRule="auto"/>
              <w:jc w:val="center"/>
            </w:pPr>
            <w:r>
              <w:rPr>
                <w:b/>
                <w:color w:val="005B4D"/>
                <w:sz w:val="20"/>
              </w:rPr>
              <w:t>R</w:t>
            </w: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065ACDCD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6495F26F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678278AB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135C2AFD" w14:textId="77777777" w:rsidR="008C1C6B" w:rsidRDefault="008C1C6B">
            <w:pPr>
              <w:spacing w:after="0" w:line="240" w:lineRule="auto"/>
              <w:jc w:val="center"/>
            </w:pPr>
          </w:p>
        </w:tc>
      </w:tr>
      <w:tr w:rsidR="008C1C6B" w14:paraId="59327EF7" w14:textId="77777777">
        <w:trPr>
          <w:trHeight w:hRule="exact" w:val="352"/>
          <w:jc w:val="center"/>
        </w:trPr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16C96C82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48546921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6951EFC7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7" w:space="0" w:color="005B4D"/>
              <w:left w:val="single" w:sz="7" w:space="0" w:color="005B4D"/>
              <w:bottom w:val="single" w:sz="7" w:space="0" w:color="005B4D"/>
              <w:right w:val="single" w:sz="7" w:space="0" w:color="005B4D"/>
            </w:tcBorders>
            <w:shd w:val="clear" w:color="auto" w:fill="EAF4F7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07688880" w14:textId="77777777" w:rsidR="008C1C6B" w:rsidRDefault="00000000">
            <w:pPr>
              <w:spacing w:after="0" w:line="240" w:lineRule="auto"/>
              <w:jc w:val="center"/>
            </w:pPr>
            <w:r>
              <w:rPr>
                <w:b/>
                <w:color w:val="005B4D"/>
                <w:sz w:val="20"/>
              </w:rPr>
              <w:t>H</w:t>
            </w: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50495CDB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297C2CE7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7" w:space="0" w:color="005B4D"/>
              <w:left w:val="single" w:sz="7" w:space="0" w:color="005B4D"/>
              <w:bottom w:val="single" w:sz="7" w:space="0" w:color="005B4D"/>
              <w:right w:val="single" w:sz="7" w:space="0" w:color="005B4D"/>
            </w:tcBorders>
            <w:shd w:val="clear" w:color="auto" w:fill="EAF4F7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1BD3709D" w14:textId="77777777" w:rsidR="008C1C6B" w:rsidRDefault="00000000">
            <w:pPr>
              <w:spacing w:after="0" w:line="240" w:lineRule="auto"/>
              <w:jc w:val="center"/>
            </w:pPr>
            <w:r>
              <w:rPr>
                <w:b/>
                <w:color w:val="005B4D"/>
                <w:sz w:val="20"/>
              </w:rPr>
              <w:t>L</w:t>
            </w: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1993F095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5B814AC9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7" w:space="0" w:color="005B4D"/>
              <w:left w:val="single" w:sz="7" w:space="0" w:color="005B4D"/>
              <w:bottom w:val="single" w:sz="7" w:space="0" w:color="005B4D"/>
              <w:right w:val="single" w:sz="7" w:space="0" w:color="005B4D"/>
            </w:tcBorders>
            <w:shd w:val="clear" w:color="auto" w:fill="EAF4F7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0A1EE5E0" w14:textId="77777777" w:rsidR="008C1C6B" w:rsidRDefault="00000000">
            <w:pPr>
              <w:spacing w:after="0" w:line="240" w:lineRule="auto"/>
              <w:jc w:val="center"/>
            </w:pPr>
            <w:r>
              <w:rPr>
                <w:b/>
                <w:color w:val="005B4D"/>
                <w:sz w:val="20"/>
              </w:rPr>
              <w:t>T</w:t>
            </w: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5E658895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7" w:space="0" w:color="005B4D"/>
              <w:left w:val="single" w:sz="7" w:space="0" w:color="005B4D"/>
              <w:bottom w:val="single" w:sz="7" w:space="0" w:color="005B4D"/>
              <w:right w:val="single" w:sz="7" w:space="0" w:color="005B4D"/>
            </w:tcBorders>
            <w:shd w:val="clear" w:color="auto" w:fill="EAF4F7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78359D88" w14:textId="77777777" w:rsidR="008C1C6B" w:rsidRDefault="00000000">
            <w:pPr>
              <w:spacing w:after="0" w:line="240" w:lineRule="auto"/>
              <w:jc w:val="center"/>
            </w:pPr>
            <w:r>
              <w:rPr>
                <w:b/>
                <w:color w:val="005B4D"/>
                <w:sz w:val="20"/>
              </w:rPr>
              <w:t>I</w:t>
            </w: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3BE96FB4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7" w:space="0" w:color="005B4D"/>
              <w:left w:val="single" w:sz="7" w:space="0" w:color="005B4D"/>
              <w:bottom w:val="single" w:sz="7" w:space="0" w:color="005B4D"/>
              <w:right w:val="single" w:sz="7" w:space="0" w:color="005B4D"/>
            </w:tcBorders>
            <w:shd w:val="clear" w:color="auto" w:fill="EAF4F7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056F2BA1" w14:textId="77777777" w:rsidR="008C1C6B" w:rsidRDefault="00000000">
            <w:pPr>
              <w:spacing w:after="0" w:line="240" w:lineRule="auto"/>
              <w:jc w:val="center"/>
            </w:pPr>
            <w:r>
              <w:rPr>
                <w:b/>
                <w:color w:val="005B4D"/>
                <w:sz w:val="20"/>
              </w:rPr>
              <w:t>E</w:t>
            </w: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14E96DCC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5A25E853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7B4EA159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1290D470" w14:textId="77777777" w:rsidR="008C1C6B" w:rsidRDefault="008C1C6B">
            <w:pPr>
              <w:spacing w:after="0" w:line="240" w:lineRule="auto"/>
              <w:jc w:val="center"/>
            </w:pPr>
          </w:p>
        </w:tc>
      </w:tr>
      <w:tr w:rsidR="008C1C6B" w14:paraId="2EB056BF" w14:textId="77777777">
        <w:trPr>
          <w:trHeight w:hRule="exact" w:val="352"/>
          <w:jc w:val="center"/>
        </w:trPr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013D9F01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3409919A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6E23892D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7" w:space="0" w:color="005B4D"/>
              <w:left w:val="single" w:sz="7" w:space="0" w:color="005B4D"/>
              <w:bottom w:val="single" w:sz="7" w:space="0" w:color="005B4D"/>
              <w:right w:val="single" w:sz="7" w:space="0" w:color="005B4D"/>
            </w:tcBorders>
            <w:shd w:val="clear" w:color="auto" w:fill="EAF4F7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64526C95" w14:textId="77777777" w:rsidR="008C1C6B" w:rsidRDefault="00000000">
            <w:pPr>
              <w:spacing w:after="0" w:line="240" w:lineRule="auto"/>
              <w:jc w:val="center"/>
            </w:pPr>
            <w:r>
              <w:rPr>
                <w:b/>
                <w:color w:val="005B4D"/>
                <w:sz w:val="20"/>
              </w:rPr>
              <w:t>I</w:t>
            </w: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491C81A5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65A677E6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7" w:space="0" w:color="005B4D"/>
              <w:left w:val="single" w:sz="7" w:space="0" w:color="005B4D"/>
              <w:bottom w:val="single" w:sz="7" w:space="0" w:color="005B4D"/>
              <w:right w:val="single" w:sz="7" w:space="0" w:color="005B4D"/>
            </w:tcBorders>
            <w:shd w:val="clear" w:color="auto" w:fill="EAF4F7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3E528E0B" w14:textId="77777777" w:rsidR="008C1C6B" w:rsidRDefault="00000000">
            <w:pPr>
              <w:spacing w:after="0" w:line="240" w:lineRule="auto"/>
              <w:jc w:val="center"/>
            </w:pPr>
            <w:r>
              <w:rPr>
                <w:b/>
                <w:color w:val="005B4D"/>
                <w:sz w:val="20"/>
              </w:rPr>
              <w:t>E</w:t>
            </w: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00200D86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68B372C4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4746C609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012820AA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7" w:space="0" w:color="005B4D"/>
              <w:left w:val="single" w:sz="7" w:space="0" w:color="005B4D"/>
              <w:bottom w:val="single" w:sz="7" w:space="0" w:color="005B4D"/>
              <w:right w:val="single" w:sz="7" w:space="0" w:color="005B4D"/>
            </w:tcBorders>
            <w:shd w:val="clear" w:color="auto" w:fill="EAF4F7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7B79C19E" w14:textId="77777777" w:rsidR="008C1C6B" w:rsidRDefault="00000000">
            <w:pPr>
              <w:spacing w:after="0" w:line="240" w:lineRule="auto"/>
              <w:jc w:val="center"/>
            </w:pPr>
            <w:r>
              <w:rPr>
                <w:b/>
                <w:color w:val="005B4D"/>
                <w:sz w:val="20"/>
              </w:rPr>
              <w:t>N</w:t>
            </w: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0905BC85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3C1DEB8B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62E21A4C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1717B78B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03E9127C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1F76E15C" w14:textId="77777777" w:rsidR="008C1C6B" w:rsidRDefault="008C1C6B">
            <w:pPr>
              <w:spacing w:after="0" w:line="240" w:lineRule="auto"/>
              <w:jc w:val="center"/>
            </w:pPr>
          </w:p>
        </w:tc>
      </w:tr>
      <w:tr w:rsidR="008C1C6B" w14:paraId="53B9DD9B" w14:textId="77777777">
        <w:trPr>
          <w:trHeight w:hRule="exact" w:val="352"/>
          <w:jc w:val="center"/>
        </w:trPr>
        <w:tc>
          <w:tcPr>
            <w:tcW w:w="352" w:type="dxa"/>
            <w:tcBorders>
              <w:top w:val="single" w:sz="7" w:space="0" w:color="005B4D"/>
              <w:left w:val="single" w:sz="7" w:space="0" w:color="005B4D"/>
              <w:bottom w:val="single" w:sz="7" w:space="0" w:color="005B4D"/>
              <w:right w:val="single" w:sz="7" w:space="0" w:color="005B4D"/>
            </w:tcBorders>
            <w:shd w:val="clear" w:color="auto" w:fill="EAF4F7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3DFCAC70" w14:textId="77777777" w:rsidR="008C1C6B" w:rsidRDefault="00000000">
            <w:pPr>
              <w:spacing w:after="0" w:line="240" w:lineRule="auto"/>
            </w:pPr>
            <w:r>
              <w:rPr>
                <w:b/>
                <w:color w:val="00387E"/>
                <w:sz w:val="11"/>
              </w:rPr>
              <w:t>13</w:t>
            </w:r>
            <w:r>
              <w:rPr>
                <w:b/>
                <w:color w:val="005B4D"/>
                <w:sz w:val="20"/>
              </w:rPr>
              <w:t xml:space="preserve"> H</w:t>
            </w:r>
          </w:p>
        </w:tc>
        <w:tc>
          <w:tcPr>
            <w:tcW w:w="352" w:type="dxa"/>
            <w:tcBorders>
              <w:top w:val="single" w:sz="7" w:space="0" w:color="005B4D"/>
              <w:left w:val="single" w:sz="7" w:space="0" w:color="005B4D"/>
              <w:bottom w:val="single" w:sz="7" w:space="0" w:color="005B4D"/>
              <w:right w:val="single" w:sz="7" w:space="0" w:color="005B4D"/>
            </w:tcBorders>
            <w:shd w:val="clear" w:color="auto" w:fill="EAF4F7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2170105E" w14:textId="77777777" w:rsidR="008C1C6B" w:rsidRDefault="00000000">
            <w:pPr>
              <w:spacing w:after="0" w:line="240" w:lineRule="auto"/>
              <w:jc w:val="center"/>
            </w:pPr>
            <w:r>
              <w:rPr>
                <w:b/>
                <w:color w:val="005B4D"/>
                <w:sz w:val="20"/>
              </w:rPr>
              <w:t>O</w:t>
            </w:r>
          </w:p>
        </w:tc>
        <w:tc>
          <w:tcPr>
            <w:tcW w:w="352" w:type="dxa"/>
            <w:tcBorders>
              <w:top w:val="single" w:sz="7" w:space="0" w:color="005B4D"/>
              <w:left w:val="single" w:sz="7" w:space="0" w:color="005B4D"/>
              <w:bottom w:val="single" w:sz="7" w:space="0" w:color="005B4D"/>
              <w:right w:val="single" w:sz="7" w:space="0" w:color="005B4D"/>
            </w:tcBorders>
            <w:shd w:val="clear" w:color="auto" w:fill="EAF4F7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6330AB28" w14:textId="77777777" w:rsidR="008C1C6B" w:rsidRDefault="00000000">
            <w:pPr>
              <w:spacing w:after="0" w:line="240" w:lineRule="auto"/>
              <w:jc w:val="center"/>
            </w:pPr>
            <w:r>
              <w:rPr>
                <w:b/>
                <w:color w:val="005B4D"/>
                <w:sz w:val="20"/>
              </w:rPr>
              <w:t>S</w:t>
            </w:r>
          </w:p>
        </w:tc>
        <w:tc>
          <w:tcPr>
            <w:tcW w:w="352" w:type="dxa"/>
            <w:tcBorders>
              <w:top w:val="single" w:sz="7" w:space="0" w:color="005B4D"/>
              <w:left w:val="single" w:sz="7" w:space="0" w:color="005B4D"/>
              <w:bottom w:val="single" w:sz="7" w:space="0" w:color="005B4D"/>
              <w:right w:val="single" w:sz="7" w:space="0" w:color="005B4D"/>
            </w:tcBorders>
            <w:shd w:val="clear" w:color="auto" w:fill="EAF4F7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5D230288" w14:textId="77777777" w:rsidR="008C1C6B" w:rsidRDefault="00000000">
            <w:pPr>
              <w:spacing w:after="0" w:line="240" w:lineRule="auto"/>
              <w:jc w:val="center"/>
            </w:pPr>
            <w:r>
              <w:rPr>
                <w:b/>
                <w:color w:val="005B4D"/>
                <w:sz w:val="20"/>
              </w:rPr>
              <w:t>P</w:t>
            </w:r>
          </w:p>
        </w:tc>
        <w:tc>
          <w:tcPr>
            <w:tcW w:w="352" w:type="dxa"/>
            <w:tcBorders>
              <w:top w:val="single" w:sz="7" w:space="0" w:color="005B4D"/>
              <w:left w:val="single" w:sz="7" w:space="0" w:color="005B4D"/>
              <w:bottom w:val="single" w:sz="7" w:space="0" w:color="005B4D"/>
              <w:right w:val="single" w:sz="7" w:space="0" w:color="005B4D"/>
            </w:tcBorders>
            <w:shd w:val="clear" w:color="auto" w:fill="EAF4F7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232515EB" w14:textId="77777777" w:rsidR="008C1C6B" w:rsidRDefault="00000000">
            <w:pPr>
              <w:spacing w:after="0" w:line="240" w:lineRule="auto"/>
              <w:jc w:val="center"/>
            </w:pPr>
            <w:r>
              <w:rPr>
                <w:b/>
                <w:color w:val="005B4D"/>
                <w:sz w:val="20"/>
              </w:rPr>
              <w:t>I</w:t>
            </w:r>
          </w:p>
        </w:tc>
        <w:tc>
          <w:tcPr>
            <w:tcW w:w="352" w:type="dxa"/>
            <w:tcBorders>
              <w:top w:val="single" w:sz="7" w:space="0" w:color="005B4D"/>
              <w:left w:val="single" w:sz="7" w:space="0" w:color="005B4D"/>
              <w:bottom w:val="single" w:sz="7" w:space="0" w:color="005B4D"/>
              <w:right w:val="single" w:sz="7" w:space="0" w:color="005B4D"/>
            </w:tcBorders>
            <w:shd w:val="clear" w:color="auto" w:fill="EAF4F7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60C68B2C" w14:textId="77777777" w:rsidR="008C1C6B" w:rsidRDefault="00000000">
            <w:pPr>
              <w:spacing w:after="0" w:line="240" w:lineRule="auto"/>
              <w:jc w:val="center"/>
            </w:pPr>
            <w:r>
              <w:rPr>
                <w:b/>
                <w:color w:val="005B4D"/>
                <w:sz w:val="20"/>
              </w:rPr>
              <w:t>T</w:t>
            </w:r>
          </w:p>
        </w:tc>
        <w:tc>
          <w:tcPr>
            <w:tcW w:w="352" w:type="dxa"/>
            <w:tcBorders>
              <w:top w:val="single" w:sz="7" w:space="0" w:color="005B4D"/>
              <w:left w:val="single" w:sz="7" w:space="0" w:color="005B4D"/>
              <w:bottom w:val="single" w:sz="7" w:space="0" w:color="005B4D"/>
              <w:right w:val="single" w:sz="7" w:space="0" w:color="005B4D"/>
            </w:tcBorders>
            <w:shd w:val="clear" w:color="auto" w:fill="EAF4F7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3BD5F6AB" w14:textId="77777777" w:rsidR="008C1C6B" w:rsidRDefault="00000000">
            <w:pPr>
              <w:spacing w:after="0" w:line="240" w:lineRule="auto"/>
              <w:jc w:val="center"/>
            </w:pPr>
            <w:r>
              <w:rPr>
                <w:b/>
                <w:color w:val="005B4D"/>
                <w:sz w:val="20"/>
              </w:rPr>
              <w:t>A</w:t>
            </w:r>
          </w:p>
        </w:tc>
        <w:tc>
          <w:tcPr>
            <w:tcW w:w="352" w:type="dxa"/>
            <w:tcBorders>
              <w:top w:val="single" w:sz="7" w:space="0" w:color="005B4D"/>
              <w:left w:val="single" w:sz="7" w:space="0" w:color="005B4D"/>
              <w:bottom w:val="single" w:sz="7" w:space="0" w:color="005B4D"/>
              <w:right w:val="single" w:sz="7" w:space="0" w:color="005B4D"/>
            </w:tcBorders>
            <w:shd w:val="clear" w:color="auto" w:fill="EAF4F7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1A64D63D" w14:textId="77777777" w:rsidR="008C1C6B" w:rsidRDefault="00000000">
            <w:pPr>
              <w:spacing w:after="0" w:line="240" w:lineRule="auto"/>
              <w:jc w:val="center"/>
            </w:pPr>
            <w:r>
              <w:rPr>
                <w:b/>
                <w:color w:val="005B4D"/>
                <w:sz w:val="20"/>
              </w:rPr>
              <w:t>L</w:t>
            </w: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297BAD04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7" w:space="0" w:color="005B4D"/>
              <w:left w:val="single" w:sz="7" w:space="0" w:color="005B4D"/>
              <w:bottom w:val="single" w:sz="7" w:space="0" w:color="005B4D"/>
              <w:right w:val="single" w:sz="7" w:space="0" w:color="005B4D"/>
            </w:tcBorders>
            <w:shd w:val="clear" w:color="auto" w:fill="EAF4F7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08A9378A" w14:textId="77777777" w:rsidR="008C1C6B" w:rsidRDefault="00000000">
            <w:pPr>
              <w:spacing w:after="0" w:line="240" w:lineRule="auto"/>
            </w:pPr>
            <w:r>
              <w:rPr>
                <w:b/>
                <w:color w:val="00387E"/>
                <w:sz w:val="11"/>
              </w:rPr>
              <w:t>14</w:t>
            </w:r>
            <w:r>
              <w:rPr>
                <w:b/>
                <w:color w:val="005B4D"/>
                <w:sz w:val="20"/>
              </w:rPr>
              <w:t xml:space="preserve"> H</w:t>
            </w:r>
          </w:p>
        </w:tc>
        <w:tc>
          <w:tcPr>
            <w:tcW w:w="352" w:type="dxa"/>
            <w:tcBorders>
              <w:top w:val="single" w:sz="7" w:space="0" w:color="005B4D"/>
              <w:left w:val="single" w:sz="7" w:space="0" w:color="005B4D"/>
              <w:bottom w:val="single" w:sz="7" w:space="0" w:color="005B4D"/>
              <w:right w:val="single" w:sz="7" w:space="0" w:color="005B4D"/>
            </w:tcBorders>
            <w:shd w:val="clear" w:color="auto" w:fill="EAF4F7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5EC46EBD" w14:textId="77777777" w:rsidR="008C1C6B" w:rsidRDefault="00000000">
            <w:pPr>
              <w:spacing w:after="0" w:line="240" w:lineRule="auto"/>
              <w:jc w:val="center"/>
            </w:pPr>
            <w:r>
              <w:rPr>
                <w:b/>
                <w:color w:val="005B4D"/>
                <w:sz w:val="20"/>
              </w:rPr>
              <w:t>Y</w:t>
            </w:r>
          </w:p>
        </w:tc>
        <w:tc>
          <w:tcPr>
            <w:tcW w:w="352" w:type="dxa"/>
            <w:tcBorders>
              <w:top w:val="single" w:sz="7" w:space="0" w:color="005B4D"/>
              <w:left w:val="single" w:sz="7" w:space="0" w:color="005B4D"/>
              <w:bottom w:val="single" w:sz="7" w:space="0" w:color="005B4D"/>
              <w:right w:val="single" w:sz="7" w:space="0" w:color="005B4D"/>
            </w:tcBorders>
            <w:shd w:val="clear" w:color="auto" w:fill="EAF4F7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30D93F0C" w14:textId="77777777" w:rsidR="008C1C6B" w:rsidRDefault="00000000">
            <w:pPr>
              <w:spacing w:after="0" w:line="240" w:lineRule="auto"/>
              <w:jc w:val="center"/>
            </w:pPr>
            <w:r>
              <w:rPr>
                <w:b/>
                <w:color w:val="005B4D"/>
                <w:sz w:val="20"/>
              </w:rPr>
              <w:t>G</w:t>
            </w:r>
          </w:p>
        </w:tc>
        <w:tc>
          <w:tcPr>
            <w:tcW w:w="352" w:type="dxa"/>
            <w:tcBorders>
              <w:top w:val="single" w:sz="7" w:space="0" w:color="005B4D"/>
              <w:left w:val="single" w:sz="7" w:space="0" w:color="005B4D"/>
              <w:bottom w:val="single" w:sz="7" w:space="0" w:color="005B4D"/>
              <w:right w:val="single" w:sz="7" w:space="0" w:color="005B4D"/>
            </w:tcBorders>
            <w:shd w:val="clear" w:color="auto" w:fill="EAF4F7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195488E7" w14:textId="77777777" w:rsidR="008C1C6B" w:rsidRDefault="00000000">
            <w:pPr>
              <w:spacing w:after="0" w:line="240" w:lineRule="auto"/>
              <w:jc w:val="center"/>
            </w:pPr>
            <w:r>
              <w:rPr>
                <w:b/>
                <w:color w:val="005B4D"/>
                <w:sz w:val="20"/>
              </w:rPr>
              <w:t>I</w:t>
            </w:r>
          </w:p>
        </w:tc>
        <w:tc>
          <w:tcPr>
            <w:tcW w:w="352" w:type="dxa"/>
            <w:tcBorders>
              <w:top w:val="single" w:sz="7" w:space="0" w:color="005B4D"/>
              <w:left w:val="single" w:sz="7" w:space="0" w:color="005B4D"/>
              <w:bottom w:val="single" w:sz="7" w:space="0" w:color="005B4D"/>
              <w:right w:val="single" w:sz="7" w:space="0" w:color="005B4D"/>
            </w:tcBorders>
            <w:shd w:val="clear" w:color="auto" w:fill="EAF4F7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5B14BBB7" w14:textId="77777777" w:rsidR="008C1C6B" w:rsidRDefault="00000000">
            <w:pPr>
              <w:spacing w:after="0" w:line="240" w:lineRule="auto"/>
              <w:jc w:val="center"/>
            </w:pPr>
            <w:r>
              <w:rPr>
                <w:b/>
                <w:color w:val="005B4D"/>
                <w:sz w:val="20"/>
              </w:rPr>
              <w:t>E</w:t>
            </w:r>
          </w:p>
        </w:tc>
        <w:tc>
          <w:tcPr>
            <w:tcW w:w="352" w:type="dxa"/>
            <w:tcBorders>
              <w:top w:val="single" w:sz="7" w:space="0" w:color="005B4D"/>
              <w:left w:val="single" w:sz="7" w:space="0" w:color="005B4D"/>
              <w:bottom w:val="single" w:sz="7" w:space="0" w:color="005B4D"/>
              <w:right w:val="single" w:sz="7" w:space="0" w:color="005B4D"/>
            </w:tcBorders>
            <w:shd w:val="clear" w:color="auto" w:fill="EAF4F7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4572455B" w14:textId="77777777" w:rsidR="008C1C6B" w:rsidRDefault="00000000">
            <w:pPr>
              <w:spacing w:after="0" w:line="240" w:lineRule="auto"/>
              <w:jc w:val="center"/>
            </w:pPr>
            <w:r>
              <w:rPr>
                <w:b/>
                <w:color w:val="005B4D"/>
                <w:sz w:val="20"/>
              </w:rPr>
              <w:t>N</w:t>
            </w:r>
          </w:p>
        </w:tc>
        <w:tc>
          <w:tcPr>
            <w:tcW w:w="352" w:type="dxa"/>
            <w:tcBorders>
              <w:top w:val="single" w:sz="7" w:space="0" w:color="005B4D"/>
              <w:left w:val="single" w:sz="7" w:space="0" w:color="005B4D"/>
              <w:bottom w:val="single" w:sz="7" w:space="0" w:color="005B4D"/>
              <w:right w:val="single" w:sz="7" w:space="0" w:color="005B4D"/>
            </w:tcBorders>
            <w:shd w:val="clear" w:color="auto" w:fill="EAF4F7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4BDB80C9" w14:textId="77777777" w:rsidR="008C1C6B" w:rsidRDefault="00000000">
            <w:pPr>
              <w:spacing w:after="0" w:line="240" w:lineRule="auto"/>
            </w:pPr>
            <w:r>
              <w:rPr>
                <w:b/>
                <w:color w:val="00387E"/>
                <w:sz w:val="11"/>
              </w:rPr>
              <w:t>15</w:t>
            </w:r>
            <w:r>
              <w:rPr>
                <w:b/>
                <w:color w:val="005B4D"/>
                <w:sz w:val="20"/>
              </w:rPr>
              <w:t xml:space="preserve"> E</w:t>
            </w: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3EE878DC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77716197" w14:textId="77777777" w:rsidR="008C1C6B" w:rsidRDefault="008C1C6B">
            <w:pPr>
              <w:spacing w:after="0" w:line="240" w:lineRule="auto"/>
              <w:jc w:val="center"/>
            </w:pPr>
          </w:p>
        </w:tc>
      </w:tr>
      <w:tr w:rsidR="008C1C6B" w14:paraId="3880B51E" w14:textId="77777777">
        <w:trPr>
          <w:trHeight w:hRule="exact" w:val="352"/>
          <w:jc w:val="center"/>
        </w:trPr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1C7777F9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2E425E2E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4323D291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5051E5EF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70EED2D2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151AA9B1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7" w:space="0" w:color="005B4D"/>
              <w:left w:val="single" w:sz="7" w:space="0" w:color="005B4D"/>
              <w:bottom w:val="single" w:sz="7" w:space="0" w:color="005B4D"/>
              <w:right w:val="single" w:sz="7" w:space="0" w:color="005B4D"/>
            </w:tcBorders>
            <w:shd w:val="clear" w:color="auto" w:fill="EAF4F7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3AECB841" w14:textId="77777777" w:rsidR="008C1C6B" w:rsidRDefault="00000000">
            <w:pPr>
              <w:spacing w:after="0" w:line="240" w:lineRule="auto"/>
              <w:jc w:val="center"/>
            </w:pPr>
            <w:r>
              <w:rPr>
                <w:b/>
                <w:color w:val="005B4D"/>
                <w:sz w:val="20"/>
              </w:rPr>
              <w:t>N</w:t>
            </w: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26655DFF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19D3C4F3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6C37526D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216209A0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4917F380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36E54E11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15F0B07B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4DAF0B0A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7" w:space="0" w:color="005B4D"/>
              <w:left w:val="single" w:sz="7" w:space="0" w:color="005B4D"/>
              <w:bottom w:val="single" w:sz="7" w:space="0" w:color="005B4D"/>
              <w:right w:val="single" w:sz="7" w:space="0" w:color="005B4D"/>
            </w:tcBorders>
            <w:shd w:val="clear" w:color="auto" w:fill="EAF4F7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4F476CDA" w14:textId="77777777" w:rsidR="008C1C6B" w:rsidRDefault="00000000">
            <w:pPr>
              <w:spacing w:after="0" w:line="240" w:lineRule="auto"/>
              <w:jc w:val="center"/>
            </w:pPr>
            <w:r>
              <w:rPr>
                <w:b/>
                <w:color w:val="005B4D"/>
                <w:sz w:val="20"/>
              </w:rPr>
              <w:t>V</w:t>
            </w: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0227C875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4B41DB23" w14:textId="77777777" w:rsidR="008C1C6B" w:rsidRDefault="008C1C6B">
            <w:pPr>
              <w:spacing w:after="0" w:line="240" w:lineRule="auto"/>
              <w:jc w:val="center"/>
            </w:pPr>
          </w:p>
        </w:tc>
      </w:tr>
      <w:tr w:rsidR="008C1C6B" w14:paraId="3A469AC3" w14:textId="77777777">
        <w:trPr>
          <w:trHeight w:hRule="exact" w:val="352"/>
          <w:jc w:val="center"/>
        </w:trPr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3CB123DA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72B947DF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49072282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31C3AFAB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3B36EFD0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459ADD59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612A708D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342CCD88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35D59AFF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5EA7F224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6C01302F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04A26481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64F64BDA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57C8E3BA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50D5483C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7" w:space="0" w:color="005B4D"/>
              <w:left w:val="single" w:sz="7" w:space="0" w:color="005B4D"/>
              <w:bottom w:val="single" w:sz="7" w:space="0" w:color="005B4D"/>
              <w:right w:val="single" w:sz="7" w:space="0" w:color="005B4D"/>
            </w:tcBorders>
            <w:shd w:val="clear" w:color="auto" w:fill="EAF4F7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214114B1" w14:textId="77777777" w:rsidR="008C1C6B" w:rsidRDefault="00000000">
            <w:pPr>
              <w:spacing w:after="0" w:line="240" w:lineRule="auto"/>
              <w:jc w:val="center"/>
            </w:pPr>
            <w:r>
              <w:rPr>
                <w:b/>
                <w:color w:val="005B4D"/>
                <w:sz w:val="20"/>
              </w:rPr>
              <w:t>S</w:t>
            </w: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58C39D8C" w14:textId="77777777" w:rsidR="008C1C6B" w:rsidRDefault="008C1C6B">
            <w:pPr>
              <w:spacing w:after="0" w:line="240" w:lineRule="auto"/>
              <w:jc w:val="center"/>
            </w:pPr>
          </w:p>
        </w:tc>
        <w:tc>
          <w:tcPr>
            <w:tcW w:w="352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00387E"/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14:paraId="637FD621" w14:textId="77777777" w:rsidR="008C1C6B" w:rsidRDefault="008C1C6B">
            <w:pPr>
              <w:spacing w:after="0" w:line="240" w:lineRule="auto"/>
              <w:jc w:val="center"/>
            </w:pPr>
          </w:p>
        </w:tc>
      </w:tr>
    </w:tbl>
    <w:p w14:paraId="41ABFE76" w14:textId="77777777" w:rsidR="008C1C6B" w:rsidRDefault="00000000">
      <w:pPr>
        <w:spacing w:before="160" w:after="60"/>
      </w:pPr>
      <w:r>
        <w:rPr>
          <w:b/>
          <w:color w:val="00387E"/>
          <w:sz w:val="24"/>
        </w:rPr>
        <w:t>Answers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567"/>
        <w:gridCol w:w="5567"/>
      </w:tblGrid>
      <w:tr w:rsidR="008C1C6B" w14:paraId="444BE69E" w14:textId="77777777">
        <w:trPr>
          <w:jc w:val="center"/>
        </w:trPr>
        <w:tc>
          <w:tcPr>
            <w:tcW w:w="5573" w:type="dxa"/>
            <w:tcBorders>
              <w:top w:val="single" w:sz="5" w:space="0" w:color="005B4D"/>
              <w:left w:val="single" w:sz="5" w:space="0" w:color="005B4D"/>
              <w:bottom w:val="single" w:sz="5" w:space="0" w:color="005B4D"/>
              <w:right w:val="single" w:sz="5" w:space="0" w:color="005B4D"/>
            </w:tcBorders>
            <w:shd w:val="clear" w:color="auto" w:fill="E6F1EE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7E4DC39D" w14:textId="77777777" w:rsidR="008C1C6B" w:rsidRDefault="00000000">
            <w:pPr>
              <w:spacing w:after="60"/>
            </w:pPr>
            <w:r>
              <w:rPr>
                <w:b/>
                <w:color w:val="005B4D"/>
                <w:sz w:val="20"/>
              </w:rPr>
              <w:t>ACROSS</w:t>
            </w:r>
          </w:p>
          <w:p w14:paraId="08565A92" w14:textId="77777777" w:rsidR="008C1C6B" w:rsidRDefault="00000000">
            <w:pPr>
              <w:spacing w:after="20"/>
            </w:pPr>
            <w:r>
              <w:rPr>
                <w:b/>
                <w:color w:val="263746"/>
              </w:rPr>
              <w:t>1. TEAMWORK</w:t>
            </w:r>
          </w:p>
          <w:p w14:paraId="73DD4251" w14:textId="77777777" w:rsidR="008C1C6B" w:rsidRDefault="00000000">
            <w:pPr>
              <w:spacing w:after="20"/>
            </w:pPr>
            <w:r>
              <w:rPr>
                <w:b/>
                <w:color w:val="263746"/>
              </w:rPr>
              <w:t>4. PATIENT</w:t>
            </w:r>
          </w:p>
          <w:p w14:paraId="0A460EDF" w14:textId="77777777" w:rsidR="008C1C6B" w:rsidRDefault="00000000">
            <w:pPr>
              <w:spacing w:after="20"/>
            </w:pPr>
            <w:r>
              <w:rPr>
                <w:b/>
                <w:color w:val="263746"/>
              </w:rPr>
              <w:t>6. SAFETY</w:t>
            </w:r>
          </w:p>
          <w:p w14:paraId="3CB534CA" w14:textId="77777777" w:rsidR="008C1C6B" w:rsidRDefault="00000000">
            <w:pPr>
              <w:spacing w:after="20"/>
            </w:pPr>
            <w:r>
              <w:rPr>
                <w:b/>
                <w:color w:val="263746"/>
              </w:rPr>
              <w:t>9. APPRECIATION</w:t>
            </w:r>
          </w:p>
          <w:p w14:paraId="0EB6F091" w14:textId="77777777" w:rsidR="008C1C6B" w:rsidRDefault="00000000">
            <w:pPr>
              <w:spacing w:after="20"/>
            </w:pPr>
            <w:r>
              <w:rPr>
                <w:b/>
                <w:color w:val="263746"/>
              </w:rPr>
              <w:t>11. CHESP</w:t>
            </w:r>
          </w:p>
          <w:p w14:paraId="1B37B395" w14:textId="77777777" w:rsidR="008C1C6B" w:rsidRDefault="00000000">
            <w:pPr>
              <w:spacing w:after="20"/>
            </w:pPr>
            <w:r>
              <w:rPr>
                <w:b/>
                <w:color w:val="263746"/>
              </w:rPr>
              <w:t>13. HOSPITAL</w:t>
            </w:r>
          </w:p>
          <w:p w14:paraId="42F12ADA" w14:textId="77777777" w:rsidR="008C1C6B" w:rsidRDefault="00000000">
            <w:pPr>
              <w:spacing w:after="20"/>
            </w:pPr>
            <w:r>
              <w:rPr>
                <w:b/>
                <w:color w:val="263746"/>
              </w:rPr>
              <w:t>14. HYGIENE</w:t>
            </w:r>
          </w:p>
        </w:tc>
        <w:tc>
          <w:tcPr>
            <w:tcW w:w="5573" w:type="dxa"/>
            <w:tcBorders>
              <w:top w:val="single" w:sz="5" w:space="0" w:color="005B4D"/>
              <w:left w:val="single" w:sz="5" w:space="0" w:color="005B4D"/>
              <w:bottom w:val="single" w:sz="5" w:space="0" w:color="005B4D"/>
              <w:right w:val="single" w:sz="5" w:space="0" w:color="005B4D"/>
            </w:tcBorders>
            <w:shd w:val="clear" w:color="auto" w:fill="E6F1EE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3905D13A" w14:textId="77777777" w:rsidR="008C1C6B" w:rsidRDefault="00000000">
            <w:pPr>
              <w:spacing w:after="60"/>
            </w:pPr>
            <w:r>
              <w:rPr>
                <w:b/>
                <w:color w:val="005B4D"/>
                <w:sz w:val="20"/>
              </w:rPr>
              <w:t>DOWN</w:t>
            </w:r>
          </w:p>
          <w:p w14:paraId="2F38645B" w14:textId="77777777" w:rsidR="008C1C6B" w:rsidRDefault="00000000">
            <w:pPr>
              <w:spacing w:after="20"/>
            </w:pPr>
            <w:r>
              <w:rPr>
                <w:b/>
                <w:color w:val="263746"/>
              </w:rPr>
              <w:t>2. EXCELLENCE</w:t>
            </w:r>
          </w:p>
          <w:p w14:paraId="216EB913" w14:textId="77777777" w:rsidR="008C1C6B" w:rsidRDefault="00000000">
            <w:pPr>
              <w:spacing w:after="20"/>
            </w:pPr>
            <w:r>
              <w:rPr>
                <w:b/>
                <w:color w:val="263746"/>
              </w:rPr>
              <w:t>3. PPE</w:t>
            </w:r>
          </w:p>
          <w:p w14:paraId="2FBEC25A" w14:textId="77777777" w:rsidR="008C1C6B" w:rsidRDefault="00000000">
            <w:pPr>
              <w:spacing w:after="20"/>
            </w:pPr>
            <w:r>
              <w:rPr>
                <w:b/>
                <w:color w:val="263746"/>
              </w:rPr>
              <w:t>5. DISINFECT</w:t>
            </w:r>
          </w:p>
          <w:p w14:paraId="4432D63B" w14:textId="77F81659" w:rsidR="008C1C6B" w:rsidRDefault="00000000">
            <w:pPr>
              <w:spacing w:after="20"/>
            </w:pPr>
            <w:r>
              <w:rPr>
                <w:b/>
                <w:color w:val="263746"/>
              </w:rPr>
              <w:t>7. FLOOR</w:t>
            </w:r>
            <w:r w:rsidR="00C51DF1">
              <w:rPr>
                <w:b/>
                <w:color w:val="263746"/>
              </w:rPr>
              <w:t xml:space="preserve"> </w:t>
            </w:r>
            <w:r>
              <w:rPr>
                <w:b/>
                <w:color w:val="263746"/>
              </w:rPr>
              <w:t>CARE</w:t>
            </w:r>
          </w:p>
          <w:p w14:paraId="6D515F9C" w14:textId="77777777" w:rsidR="008C1C6B" w:rsidRDefault="00000000">
            <w:pPr>
              <w:spacing w:after="20"/>
            </w:pPr>
            <w:r>
              <w:rPr>
                <w:b/>
                <w:color w:val="263746"/>
              </w:rPr>
              <w:t>8. LEADERSHIP</w:t>
            </w:r>
          </w:p>
          <w:p w14:paraId="65CDDD21" w14:textId="77777777" w:rsidR="008C1C6B" w:rsidRDefault="00000000">
            <w:pPr>
              <w:spacing w:after="20"/>
            </w:pPr>
            <w:r>
              <w:rPr>
                <w:b/>
                <w:color w:val="263746"/>
              </w:rPr>
              <w:t>10. TRAINING</w:t>
            </w:r>
          </w:p>
          <w:p w14:paraId="25A925C3" w14:textId="77777777" w:rsidR="008C1C6B" w:rsidRDefault="00000000">
            <w:pPr>
              <w:spacing w:after="20"/>
            </w:pPr>
            <w:r>
              <w:rPr>
                <w:b/>
                <w:color w:val="263746"/>
              </w:rPr>
              <w:t>12. CLEAN</w:t>
            </w:r>
          </w:p>
          <w:p w14:paraId="651A7D75" w14:textId="77777777" w:rsidR="008C1C6B" w:rsidRDefault="00000000">
            <w:pPr>
              <w:spacing w:after="20"/>
            </w:pPr>
            <w:r>
              <w:rPr>
                <w:b/>
                <w:color w:val="263746"/>
              </w:rPr>
              <w:t>15. EVS</w:t>
            </w:r>
          </w:p>
        </w:tc>
      </w:tr>
    </w:tbl>
    <w:p w14:paraId="2EDB1191" w14:textId="77777777" w:rsidR="0046474D" w:rsidRDefault="0046474D"/>
    <w:sectPr w:rsidR="0046474D" w:rsidSect="00034616">
      <w:pgSz w:w="12240" w:h="15840"/>
      <w:pgMar w:top="403" w:right="547" w:bottom="403" w:left="5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197892497">
    <w:abstractNumId w:val="8"/>
  </w:num>
  <w:num w:numId="2" w16cid:durableId="2006473441">
    <w:abstractNumId w:val="6"/>
  </w:num>
  <w:num w:numId="3" w16cid:durableId="2013487226">
    <w:abstractNumId w:val="5"/>
  </w:num>
  <w:num w:numId="4" w16cid:durableId="1437410200">
    <w:abstractNumId w:val="4"/>
  </w:num>
  <w:num w:numId="5" w16cid:durableId="298417816">
    <w:abstractNumId w:val="7"/>
  </w:num>
  <w:num w:numId="6" w16cid:durableId="267007948">
    <w:abstractNumId w:val="3"/>
  </w:num>
  <w:num w:numId="7" w16cid:durableId="215899014">
    <w:abstractNumId w:val="2"/>
  </w:num>
  <w:num w:numId="8" w16cid:durableId="1712152086">
    <w:abstractNumId w:val="1"/>
  </w:num>
  <w:num w:numId="9" w16cid:durableId="721674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A495E"/>
    <w:rsid w:val="0015074B"/>
    <w:rsid w:val="0029639D"/>
    <w:rsid w:val="00326F90"/>
    <w:rsid w:val="0046474D"/>
    <w:rsid w:val="00661395"/>
    <w:rsid w:val="008C1C6B"/>
    <w:rsid w:val="00AA1D8D"/>
    <w:rsid w:val="00B47730"/>
    <w:rsid w:val="00C51DF1"/>
    <w:rsid w:val="00CB0664"/>
    <w:rsid w:val="00CB51D4"/>
    <w:rsid w:val="00E10FAB"/>
    <w:rsid w:val="00E65113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012F76B"/>
  <w14:defaultImageDpi w14:val="300"/>
  <w15:docId w15:val="{A61022B8-42E2-44B3-82CF-AFF61DF80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ptos" w:hAnsi="Aptos"/>
      <w:sz w:val="16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115</Words>
  <Characters>609</Characters>
  <Application>Microsoft Office Word</Application>
  <DocSecurity>0</DocSecurity>
  <Lines>304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698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EVS Week Crossword Puzzle</dc:title>
  <dc:subject>EVS Week activity with answer key</dc:subject>
  <dc:creator>Janiya Haynes</dc:creator>
  <cp:keywords/>
  <dc:description>generated by python-docx</dc:description>
  <cp:lastModifiedBy>Janiya Haynes</cp:lastModifiedBy>
  <cp:revision>3</cp:revision>
  <dcterms:created xsi:type="dcterms:W3CDTF">2026-09-10T20:54:00Z</dcterms:created>
  <dcterms:modified xsi:type="dcterms:W3CDTF">2026-09-10T20:55:00Z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404bc067-d7c2-4530-a90d-e1ce1938266b</vt:lpwstr>
  </property>
</Properties>
</file>